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8CE8C4" w14:textId="77777777" w:rsidR="00912388" w:rsidRDefault="00895F1C">
      <w:pPr>
        <w:pStyle w:val="Heading1"/>
      </w:pPr>
      <w:r>
        <w:t>BTEC Applied Science Unit 5 – Revision Links</w:t>
      </w:r>
    </w:p>
    <w:p w14:paraId="3A30B8BC" w14:textId="77777777" w:rsidR="00453591" w:rsidRDefault="00453591" w:rsidP="00453591"/>
    <w:p w14:paraId="7F0A00FD" w14:textId="7C165639" w:rsidR="00453591" w:rsidRDefault="00453591" w:rsidP="00453591">
      <w:r>
        <w:t>Exam dates 12</w:t>
      </w:r>
      <w:r w:rsidRPr="00453591">
        <w:rPr>
          <w:vertAlign w:val="superscript"/>
        </w:rPr>
        <w:t>th</w:t>
      </w:r>
      <w:r>
        <w:t xml:space="preserve"> and 13</w:t>
      </w:r>
      <w:r w:rsidRPr="00453591">
        <w:rPr>
          <w:vertAlign w:val="superscript"/>
        </w:rPr>
        <w:t>th</w:t>
      </w:r>
      <w:r>
        <w:t xml:space="preserve"> of Jan</w:t>
      </w:r>
    </w:p>
    <w:p w14:paraId="017F98B3" w14:textId="392978F2" w:rsidR="00453591" w:rsidRPr="00453591" w:rsidRDefault="00453591" w:rsidP="00453591">
      <w:r>
        <w:t xml:space="preserve">Check your class Teams in the General Tab for the lesson resources and the Unit 5 past papers. </w:t>
      </w:r>
    </w:p>
    <w:p w14:paraId="7DCA53DB" w14:textId="77777777" w:rsidR="00912388" w:rsidRDefault="00895F1C">
      <w:pPr>
        <w:pStyle w:val="Heading2"/>
      </w:pPr>
      <w:r>
        <w:t>Learning Aim A – Biology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0"/>
      </w:tblGrid>
      <w:tr w:rsidR="00912388" w14:paraId="59729184" w14:textId="77777777">
        <w:tc>
          <w:tcPr>
            <w:tcW w:w="8640" w:type="dxa"/>
          </w:tcPr>
          <w:p w14:paraId="560002A7" w14:textId="77777777" w:rsidR="00912388" w:rsidRDefault="00895F1C">
            <w:r>
              <w:t>Revision Links</w:t>
            </w:r>
          </w:p>
        </w:tc>
      </w:tr>
      <w:tr w:rsidR="00912388" w14:paraId="4CDE3410" w14:textId="77777777">
        <w:tc>
          <w:tcPr>
            <w:tcW w:w="8640" w:type="dxa"/>
          </w:tcPr>
          <w:p w14:paraId="1B454E6C" w14:textId="77777777" w:rsidR="00912388" w:rsidRDefault="00895F1C">
            <w:r>
              <w:t>https://www.bbc.co.uk/bitesize/topics/zcjttsg</w:t>
            </w:r>
          </w:p>
        </w:tc>
      </w:tr>
      <w:tr w:rsidR="00912388" w14:paraId="68E9CC8D" w14:textId="77777777">
        <w:tc>
          <w:tcPr>
            <w:tcW w:w="8640" w:type="dxa"/>
          </w:tcPr>
          <w:p w14:paraId="038037D0" w14:textId="77777777" w:rsidR="00912388" w:rsidRDefault="00895F1C">
            <w:r>
              <w:t>https://www.bbc.co.uk/bitesize/topics/znyycdm</w:t>
            </w:r>
          </w:p>
        </w:tc>
      </w:tr>
      <w:tr w:rsidR="00912388" w14:paraId="315DAC68" w14:textId="77777777">
        <w:tc>
          <w:tcPr>
            <w:tcW w:w="8640" w:type="dxa"/>
          </w:tcPr>
          <w:p w14:paraId="6C591A95" w14:textId="77777777" w:rsidR="00912388" w:rsidRDefault="00895F1C">
            <w:r>
              <w:t>https://www.bbc.co.uk/bitesize/topics/zqfycdm</w:t>
            </w:r>
          </w:p>
        </w:tc>
      </w:tr>
      <w:tr w:rsidR="00912388" w14:paraId="6B24C850" w14:textId="77777777">
        <w:tc>
          <w:tcPr>
            <w:tcW w:w="8640" w:type="dxa"/>
          </w:tcPr>
          <w:p w14:paraId="71ABE95F" w14:textId="77777777" w:rsidR="00912388" w:rsidRDefault="00895F1C">
            <w:r>
              <w:t>https://www.bbc.co.uk/bitesize/topics/zwdr6yc</w:t>
            </w:r>
          </w:p>
        </w:tc>
      </w:tr>
      <w:tr w:rsidR="00912388" w14:paraId="23B8A7B3" w14:textId="77777777">
        <w:tc>
          <w:tcPr>
            <w:tcW w:w="8640" w:type="dxa"/>
          </w:tcPr>
          <w:p w14:paraId="7D2586FE" w14:textId="77777777" w:rsidR="00912388" w:rsidRDefault="00895F1C">
            <w:r>
              <w:t>https://www.bbc.co.uk/bitesize/topics/zv9mn39</w:t>
            </w:r>
          </w:p>
        </w:tc>
      </w:tr>
      <w:tr w:rsidR="00912388" w14:paraId="51ED4DC5" w14:textId="77777777">
        <w:tc>
          <w:tcPr>
            <w:tcW w:w="8640" w:type="dxa"/>
          </w:tcPr>
          <w:p w14:paraId="7E064761" w14:textId="77777777" w:rsidR="00912388" w:rsidRDefault="00895F1C">
            <w:r>
              <w:t>https://senecalearning.com/en-GB/gcse-biology</w:t>
            </w:r>
          </w:p>
        </w:tc>
      </w:tr>
      <w:tr w:rsidR="00912388" w14:paraId="3F5D3612" w14:textId="77777777">
        <w:tc>
          <w:tcPr>
            <w:tcW w:w="8640" w:type="dxa"/>
          </w:tcPr>
          <w:p w14:paraId="17CD7063" w14:textId="77777777" w:rsidR="00912388" w:rsidRDefault="00895F1C">
            <w:r>
              <w:t>https://www.physicsandmathstutor.com/biology-revision/</w:t>
            </w:r>
          </w:p>
        </w:tc>
      </w:tr>
      <w:tr w:rsidR="00912388" w14:paraId="175D7685" w14:textId="77777777">
        <w:tc>
          <w:tcPr>
            <w:tcW w:w="8640" w:type="dxa"/>
          </w:tcPr>
          <w:p w14:paraId="75F01B8A" w14:textId="77777777" w:rsidR="00912388" w:rsidRDefault="00895F1C">
            <w:r>
              <w:t>https://www.khanacademy.org/science/biology</w:t>
            </w:r>
          </w:p>
        </w:tc>
      </w:tr>
    </w:tbl>
    <w:p w14:paraId="779889AE" w14:textId="77777777" w:rsidR="00912388" w:rsidRDefault="00895F1C">
      <w:pPr>
        <w:pStyle w:val="Heading2"/>
      </w:pPr>
      <w:r>
        <w:t>Learning Aim B – Chemistry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0"/>
      </w:tblGrid>
      <w:tr w:rsidR="00912388" w14:paraId="7EAD5BF9" w14:textId="77777777">
        <w:tc>
          <w:tcPr>
            <w:tcW w:w="8640" w:type="dxa"/>
          </w:tcPr>
          <w:p w14:paraId="31E6CF59" w14:textId="77777777" w:rsidR="00912388" w:rsidRDefault="00895F1C">
            <w:r>
              <w:t>Revision Links</w:t>
            </w:r>
          </w:p>
        </w:tc>
      </w:tr>
      <w:tr w:rsidR="00912388" w14:paraId="4D9B3111" w14:textId="77777777">
        <w:tc>
          <w:tcPr>
            <w:tcW w:w="8640" w:type="dxa"/>
          </w:tcPr>
          <w:p w14:paraId="5BAE6D12" w14:textId="77777777" w:rsidR="00912388" w:rsidRDefault="00895F1C">
            <w:r>
              <w:t>https://www.bbc.co.uk/bitesize/topics/zq6h34j</w:t>
            </w:r>
          </w:p>
        </w:tc>
      </w:tr>
      <w:tr w:rsidR="00912388" w14:paraId="4A8509FA" w14:textId="77777777">
        <w:tc>
          <w:tcPr>
            <w:tcW w:w="8640" w:type="dxa"/>
          </w:tcPr>
          <w:p w14:paraId="55B637BC" w14:textId="77777777" w:rsidR="00912388" w:rsidRDefault="00895F1C">
            <w:r>
              <w:t>https://www.bbc.co.uk/bitesize/topics/z9wwxnb</w:t>
            </w:r>
          </w:p>
        </w:tc>
      </w:tr>
      <w:tr w:rsidR="00912388" w14:paraId="66AB1773" w14:textId="77777777">
        <w:tc>
          <w:tcPr>
            <w:tcW w:w="8640" w:type="dxa"/>
          </w:tcPr>
          <w:p w14:paraId="6CDC9E20" w14:textId="77777777" w:rsidR="00912388" w:rsidRDefault="00895F1C">
            <w:r>
              <w:t>https://www.bbc.co.uk/bitesize/topics/zxw76sg</w:t>
            </w:r>
          </w:p>
        </w:tc>
      </w:tr>
      <w:tr w:rsidR="00912388" w14:paraId="066576B0" w14:textId="77777777">
        <w:tc>
          <w:tcPr>
            <w:tcW w:w="8640" w:type="dxa"/>
          </w:tcPr>
          <w:p w14:paraId="4CAF9149" w14:textId="77777777" w:rsidR="00912388" w:rsidRDefault="00895F1C">
            <w:r>
              <w:t>https://www.bbc.co.uk/bitesize/topics/zng4d2p</w:t>
            </w:r>
          </w:p>
        </w:tc>
      </w:tr>
      <w:tr w:rsidR="00912388" w14:paraId="3DC87718" w14:textId="77777777">
        <w:tc>
          <w:tcPr>
            <w:tcW w:w="8640" w:type="dxa"/>
          </w:tcPr>
          <w:p w14:paraId="7D86F741" w14:textId="77777777" w:rsidR="00912388" w:rsidRDefault="00895F1C">
            <w:r>
              <w:t>https://www.bbc.co.uk/bitesize/topics/zvrrd2p</w:t>
            </w:r>
          </w:p>
        </w:tc>
      </w:tr>
      <w:tr w:rsidR="00912388" w14:paraId="2A09327D" w14:textId="77777777">
        <w:tc>
          <w:tcPr>
            <w:tcW w:w="8640" w:type="dxa"/>
          </w:tcPr>
          <w:p w14:paraId="4E8D9E92" w14:textId="77777777" w:rsidR="00912388" w:rsidRDefault="00895F1C">
            <w:r>
              <w:t>https://www.bbc.co.uk/bitesize/topics/z9hpsbk</w:t>
            </w:r>
          </w:p>
        </w:tc>
      </w:tr>
      <w:tr w:rsidR="00912388" w14:paraId="3BC7AED7" w14:textId="77777777">
        <w:tc>
          <w:tcPr>
            <w:tcW w:w="8640" w:type="dxa"/>
          </w:tcPr>
          <w:p w14:paraId="3DE2AB05" w14:textId="77777777" w:rsidR="00912388" w:rsidRDefault="00895F1C">
            <w:r>
              <w:t>https://senecalearning.com/en-GB/gcse-chemistry</w:t>
            </w:r>
          </w:p>
        </w:tc>
      </w:tr>
      <w:tr w:rsidR="00912388" w14:paraId="5848611A" w14:textId="77777777">
        <w:tc>
          <w:tcPr>
            <w:tcW w:w="8640" w:type="dxa"/>
          </w:tcPr>
          <w:p w14:paraId="768B47A4" w14:textId="77777777" w:rsidR="00912388" w:rsidRDefault="00895F1C">
            <w:r>
              <w:t>https://www.physicsandmathstutor.com/chemistry-revision/</w:t>
            </w:r>
          </w:p>
        </w:tc>
      </w:tr>
      <w:tr w:rsidR="00912388" w14:paraId="0E653243" w14:textId="77777777">
        <w:tc>
          <w:tcPr>
            <w:tcW w:w="8640" w:type="dxa"/>
          </w:tcPr>
          <w:p w14:paraId="6BC20C77" w14:textId="77777777" w:rsidR="00912388" w:rsidRDefault="00895F1C">
            <w:r>
              <w:t>https://www.khanacademy.org/science/chemistry</w:t>
            </w:r>
          </w:p>
        </w:tc>
      </w:tr>
    </w:tbl>
    <w:p w14:paraId="5B45DFB9" w14:textId="77777777" w:rsidR="00912388" w:rsidRDefault="00895F1C">
      <w:pPr>
        <w:pStyle w:val="Heading2"/>
      </w:pPr>
      <w:r>
        <w:t>Learning Aim C – Physics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0"/>
      </w:tblGrid>
      <w:tr w:rsidR="00912388" w14:paraId="201730C8" w14:textId="77777777">
        <w:tc>
          <w:tcPr>
            <w:tcW w:w="8640" w:type="dxa"/>
          </w:tcPr>
          <w:p w14:paraId="22A49C91" w14:textId="77777777" w:rsidR="00912388" w:rsidRDefault="00895F1C">
            <w:r>
              <w:t>Revision Links</w:t>
            </w:r>
          </w:p>
        </w:tc>
      </w:tr>
      <w:tr w:rsidR="00912388" w14:paraId="7370CB79" w14:textId="77777777">
        <w:tc>
          <w:tcPr>
            <w:tcW w:w="8640" w:type="dxa"/>
          </w:tcPr>
          <w:p w14:paraId="34B734C9" w14:textId="77777777" w:rsidR="00912388" w:rsidRDefault="00895F1C">
            <w:r>
              <w:t>https://www.bbc.co.uk/bitesize/topics/zqkcwmn</w:t>
            </w:r>
          </w:p>
        </w:tc>
      </w:tr>
      <w:tr w:rsidR="00912388" w14:paraId="70D46B1F" w14:textId="77777777">
        <w:tc>
          <w:tcPr>
            <w:tcW w:w="8640" w:type="dxa"/>
          </w:tcPr>
          <w:p w14:paraId="493AD399" w14:textId="77777777" w:rsidR="00912388" w:rsidRDefault="00895F1C">
            <w:r>
              <w:t>https://www.bbc.co.uk/bitesize/topics/zx997nb</w:t>
            </w:r>
          </w:p>
        </w:tc>
      </w:tr>
      <w:tr w:rsidR="00912388" w14:paraId="4C9EC8A2" w14:textId="77777777">
        <w:tc>
          <w:tcPr>
            <w:tcW w:w="8640" w:type="dxa"/>
          </w:tcPr>
          <w:p w14:paraId="201E7C99" w14:textId="77777777" w:rsidR="00912388" w:rsidRDefault="00895F1C">
            <w:r>
              <w:t>https://www.bbc.co.uk/bitesize/topics/zy9mn39</w:t>
            </w:r>
          </w:p>
        </w:tc>
      </w:tr>
      <w:tr w:rsidR="00912388" w14:paraId="1297B86B" w14:textId="77777777">
        <w:tc>
          <w:tcPr>
            <w:tcW w:w="8640" w:type="dxa"/>
          </w:tcPr>
          <w:p w14:paraId="0283BA89" w14:textId="77777777" w:rsidR="00912388" w:rsidRDefault="00895F1C">
            <w:r>
              <w:t>https://www.bbc.co.uk/bitesize/topics/zx2k4wx</w:t>
            </w:r>
          </w:p>
        </w:tc>
      </w:tr>
      <w:tr w:rsidR="00912388" w14:paraId="1E164FBD" w14:textId="77777777">
        <w:tc>
          <w:tcPr>
            <w:tcW w:w="8640" w:type="dxa"/>
          </w:tcPr>
          <w:p w14:paraId="618A9F83" w14:textId="77777777" w:rsidR="00912388" w:rsidRDefault="00895F1C">
            <w:r>
              <w:t>https://www.bbc.co.uk/bitesize/topics/z9j3g82</w:t>
            </w:r>
          </w:p>
        </w:tc>
      </w:tr>
      <w:tr w:rsidR="00912388" w14:paraId="1CFE53FD" w14:textId="77777777">
        <w:tc>
          <w:tcPr>
            <w:tcW w:w="8640" w:type="dxa"/>
          </w:tcPr>
          <w:p w14:paraId="58FDD5C2" w14:textId="77777777" w:rsidR="00912388" w:rsidRDefault="00895F1C">
            <w:r>
              <w:t>https://senecalearning.com/en-GB/gcse-physics</w:t>
            </w:r>
          </w:p>
        </w:tc>
      </w:tr>
      <w:tr w:rsidR="00912388" w14:paraId="737DDEBD" w14:textId="77777777">
        <w:tc>
          <w:tcPr>
            <w:tcW w:w="8640" w:type="dxa"/>
          </w:tcPr>
          <w:p w14:paraId="63E8C296" w14:textId="77777777" w:rsidR="00912388" w:rsidRDefault="00895F1C">
            <w:r>
              <w:t>https://www.physicsandmathstutor.com/physics-revision/</w:t>
            </w:r>
          </w:p>
        </w:tc>
      </w:tr>
      <w:tr w:rsidR="00912388" w14:paraId="5597E4BE" w14:textId="77777777">
        <w:tc>
          <w:tcPr>
            <w:tcW w:w="8640" w:type="dxa"/>
          </w:tcPr>
          <w:p w14:paraId="3ED6E83B" w14:textId="77777777" w:rsidR="00912388" w:rsidRDefault="00895F1C">
            <w:r>
              <w:t>https://www.khanacademy.org/science/physics</w:t>
            </w:r>
          </w:p>
        </w:tc>
      </w:tr>
    </w:tbl>
    <w:p w14:paraId="3F2F278A" w14:textId="77777777" w:rsidR="00912388" w:rsidRDefault="00895F1C">
      <w:pPr>
        <w:pStyle w:val="Heading2"/>
      </w:pPr>
      <w:r>
        <w:t>Learning Aim D/E – General BTEC &amp; Exam Support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0"/>
      </w:tblGrid>
      <w:tr w:rsidR="00912388" w14:paraId="71E7F268" w14:textId="77777777">
        <w:tc>
          <w:tcPr>
            <w:tcW w:w="8640" w:type="dxa"/>
          </w:tcPr>
          <w:p w14:paraId="0F0C9CCC" w14:textId="77777777" w:rsidR="00912388" w:rsidRDefault="00895F1C">
            <w:r>
              <w:t>Revision Links</w:t>
            </w:r>
          </w:p>
        </w:tc>
      </w:tr>
      <w:tr w:rsidR="00912388" w14:paraId="6C3D8684" w14:textId="77777777">
        <w:tc>
          <w:tcPr>
            <w:tcW w:w="8640" w:type="dxa"/>
          </w:tcPr>
          <w:p w14:paraId="6A4B77BD" w14:textId="77777777" w:rsidR="00912388" w:rsidRDefault="00895F1C">
            <w:r>
              <w:t>https://qualifications.pearson.com</w:t>
            </w:r>
          </w:p>
        </w:tc>
      </w:tr>
      <w:tr w:rsidR="00912388" w14:paraId="35D38F1C" w14:textId="77777777">
        <w:tc>
          <w:tcPr>
            <w:tcW w:w="8640" w:type="dxa"/>
          </w:tcPr>
          <w:p w14:paraId="0F5E75A2" w14:textId="77777777" w:rsidR="00912388" w:rsidRDefault="00895F1C">
            <w:r>
              <w:lastRenderedPageBreak/>
              <w:t>https://www.pearsonschoolsandfecolleges.co.uk</w:t>
            </w:r>
          </w:p>
        </w:tc>
      </w:tr>
      <w:tr w:rsidR="00912388" w14:paraId="1B3698F7" w14:textId="77777777">
        <w:tc>
          <w:tcPr>
            <w:tcW w:w="8640" w:type="dxa"/>
          </w:tcPr>
          <w:p w14:paraId="1025F50C" w14:textId="77777777" w:rsidR="00912388" w:rsidRDefault="00895F1C">
            <w:r>
              <w:t>https://www.bbc.co.uk/bitesize/guides/z2y9hbk/revision/1</w:t>
            </w:r>
          </w:p>
        </w:tc>
      </w:tr>
    </w:tbl>
    <w:p w14:paraId="1896F9C6" w14:textId="77777777" w:rsidR="00895F1C" w:rsidRDefault="00895F1C"/>
    <w:sectPr w:rsidR="0000000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14102405">
    <w:abstractNumId w:val="8"/>
  </w:num>
  <w:num w:numId="2" w16cid:durableId="797260664">
    <w:abstractNumId w:val="6"/>
  </w:num>
  <w:num w:numId="3" w16cid:durableId="1428816071">
    <w:abstractNumId w:val="5"/>
  </w:num>
  <w:num w:numId="4" w16cid:durableId="275334925">
    <w:abstractNumId w:val="4"/>
  </w:num>
  <w:num w:numId="5" w16cid:durableId="1891769981">
    <w:abstractNumId w:val="7"/>
  </w:num>
  <w:num w:numId="6" w16cid:durableId="1085033492">
    <w:abstractNumId w:val="3"/>
  </w:num>
  <w:num w:numId="7" w16cid:durableId="1632130757">
    <w:abstractNumId w:val="2"/>
  </w:num>
  <w:num w:numId="8" w16cid:durableId="882903996">
    <w:abstractNumId w:val="1"/>
  </w:num>
  <w:num w:numId="9" w16cid:durableId="4165135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A5B3B"/>
    <w:rsid w:val="0015074B"/>
    <w:rsid w:val="0029639D"/>
    <w:rsid w:val="00326F90"/>
    <w:rsid w:val="00453591"/>
    <w:rsid w:val="00895F1C"/>
    <w:rsid w:val="00912388"/>
    <w:rsid w:val="00AA1D8D"/>
    <w:rsid w:val="00B47730"/>
    <w:rsid w:val="00C967CE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D884ABE"/>
  <w14:defaultImageDpi w14:val="300"/>
  <w15:docId w15:val="{E7F3A429-A689-462A-B859-2F400136E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</Words>
  <Characters>1637</Characters>
  <Application>Microsoft Office Word</Application>
  <DocSecurity>0</DocSecurity>
  <Lines>41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1664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Sarah Augustin</cp:lastModifiedBy>
  <cp:revision>2</cp:revision>
  <dcterms:created xsi:type="dcterms:W3CDTF">2025-12-18T16:40:00Z</dcterms:created>
  <dcterms:modified xsi:type="dcterms:W3CDTF">2025-12-18T16:40:00Z</dcterms:modified>
  <cp:category/>
</cp:coreProperties>
</file>