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413C1" w14:textId="77777777" w:rsidR="00E37CF9" w:rsidRDefault="00AB2259">
      <w:pPr>
        <w:spacing w:before="600"/>
        <w:jc w:val="center"/>
      </w:pPr>
      <w:r>
        <w:rPr>
          <w:b/>
          <w:color w:val="1F4E78"/>
          <w:sz w:val="56"/>
        </w:rPr>
        <w:t>AQA GCSE 3D DESIGN</w:t>
      </w:r>
    </w:p>
    <w:p w14:paraId="2426D6EA" w14:textId="77777777" w:rsidR="00E37CF9" w:rsidRDefault="00AB2259">
      <w:pPr>
        <w:jc w:val="center"/>
      </w:pPr>
      <w:r>
        <w:rPr>
          <w:b/>
          <w:color w:val="5B9BD5"/>
          <w:sz w:val="48"/>
        </w:rPr>
        <w:t>Transition Work</w:t>
      </w:r>
    </w:p>
    <w:p w14:paraId="010F95F8" w14:textId="77777777" w:rsidR="00E37CF9" w:rsidRDefault="00AB2259">
      <w:pPr>
        <w:jc w:val="center"/>
      </w:pPr>
      <w:r>
        <w:rPr>
          <w:b/>
        </w:rPr>
        <w:t>Year 9 into Year 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4"/>
        <w:gridCol w:w="7488"/>
      </w:tblGrid>
      <w:tr w:rsidR="00E37CF9" w14:paraId="2F212835" w14:textId="77777777" w:rsidTr="009B00A8">
        <w:trPr>
          <w:cantSplit/>
          <w:jc w:val="center"/>
        </w:trPr>
        <w:tc>
          <w:tcPr>
            <w:tcW w:w="2304" w:type="dxa"/>
            <w:shd w:val="clear" w:color="auto" w:fill="D9EAF7"/>
            <w:tcMar>
              <w:top w:w="100" w:type="dxa"/>
              <w:left w:w="100" w:type="dxa"/>
              <w:bottom w:w="100" w:type="dxa"/>
              <w:right w:w="100" w:type="dxa"/>
            </w:tcMar>
          </w:tcPr>
          <w:p w14:paraId="4DF8FF18" w14:textId="77777777" w:rsidR="00E37CF9" w:rsidRDefault="00AB2259">
            <w:r>
              <w:rPr>
                <w:b/>
              </w:rPr>
              <w:t>Student name</w:t>
            </w:r>
          </w:p>
        </w:tc>
        <w:tc>
          <w:tcPr>
            <w:tcW w:w="7488" w:type="dxa"/>
            <w:tcMar>
              <w:top w:w="100" w:type="dxa"/>
              <w:left w:w="100" w:type="dxa"/>
              <w:bottom w:w="100" w:type="dxa"/>
              <w:right w:w="100" w:type="dxa"/>
            </w:tcMar>
          </w:tcPr>
          <w:p w14:paraId="645F17CE" w14:textId="77777777" w:rsidR="00E37CF9" w:rsidRDefault="00E37CF9"/>
        </w:tc>
      </w:tr>
      <w:tr w:rsidR="00E37CF9" w14:paraId="74769D89" w14:textId="77777777" w:rsidTr="009B00A8">
        <w:trPr>
          <w:cantSplit/>
          <w:jc w:val="center"/>
        </w:trPr>
        <w:tc>
          <w:tcPr>
            <w:tcW w:w="2304" w:type="dxa"/>
            <w:shd w:val="clear" w:color="auto" w:fill="D9EAF7"/>
            <w:tcMar>
              <w:top w:w="100" w:type="dxa"/>
              <w:left w:w="100" w:type="dxa"/>
              <w:bottom w:w="100" w:type="dxa"/>
              <w:right w:w="100" w:type="dxa"/>
            </w:tcMar>
          </w:tcPr>
          <w:p w14:paraId="26104216" w14:textId="77777777" w:rsidR="00E37CF9" w:rsidRDefault="00AB2259">
            <w:r>
              <w:rPr>
                <w:b/>
              </w:rPr>
              <w:t>Current year group</w:t>
            </w:r>
          </w:p>
        </w:tc>
        <w:tc>
          <w:tcPr>
            <w:tcW w:w="7488" w:type="dxa"/>
            <w:tcMar>
              <w:top w:w="100" w:type="dxa"/>
              <w:left w:w="100" w:type="dxa"/>
              <w:bottom w:w="100" w:type="dxa"/>
              <w:right w:w="100" w:type="dxa"/>
            </w:tcMar>
          </w:tcPr>
          <w:p w14:paraId="58C40EBF" w14:textId="77777777" w:rsidR="00E37CF9" w:rsidRDefault="00E37CF9"/>
        </w:tc>
      </w:tr>
      <w:tr w:rsidR="00E37CF9" w14:paraId="77240E54" w14:textId="77777777" w:rsidTr="009B00A8">
        <w:trPr>
          <w:cantSplit/>
          <w:jc w:val="center"/>
        </w:trPr>
        <w:tc>
          <w:tcPr>
            <w:tcW w:w="2304" w:type="dxa"/>
            <w:shd w:val="clear" w:color="auto" w:fill="D9EAF7"/>
            <w:tcMar>
              <w:top w:w="100" w:type="dxa"/>
              <w:left w:w="100" w:type="dxa"/>
              <w:bottom w:w="100" w:type="dxa"/>
              <w:right w:w="100" w:type="dxa"/>
            </w:tcMar>
          </w:tcPr>
          <w:p w14:paraId="05867D0B" w14:textId="77777777" w:rsidR="00E37CF9" w:rsidRDefault="00AB2259">
            <w:r>
              <w:rPr>
                <w:b/>
              </w:rPr>
              <w:t>Class / teacher</w:t>
            </w:r>
          </w:p>
        </w:tc>
        <w:tc>
          <w:tcPr>
            <w:tcW w:w="7488" w:type="dxa"/>
            <w:tcMar>
              <w:top w:w="100" w:type="dxa"/>
              <w:left w:w="100" w:type="dxa"/>
              <w:bottom w:w="100" w:type="dxa"/>
              <w:right w:w="100" w:type="dxa"/>
            </w:tcMar>
          </w:tcPr>
          <w:p w14:paraId="1377D49C" w14:textId="77777777" w:rsidR="00E37CF9" w:rsidRDefault="00E37CF9"/>
        </w:tc>
      </w:tr>
      <w:tr w:rsidR="00E37CF9" w14:paraId="5C0739A6" w14:textId="77777777" w:rsidTr="009B00A8">
        <w:trPr>
          <w:cantSplit/>
          <w:jc w:val="center"/>
        </w:trPr>
        <w:tc>
          <w:tcPr>
            <w:tcW w:w="2304" w:type="dxa"/>
            <w:shd w:val="clear" w:color="auto" w:fill="D9EAF7"/>
            <w:tcMar>
              <w:top w:w="100" w:type="dxa"/>
              <w:left w:w="100" w:type="dxa"/>
              <w:bottom w:w="100" w:type="dxa"/>
              <w:right w:w="100" w:type="dxa"/>
            </w:tcMar>
          </w:tcPr>
          <w:p w14:paraId="3D46AC6B" w14:textId="77777777" w:rsidR="00E37CF9" w:rsidRDefault="00AB2259">
            <w:r>
              <w:rPr>
                <w:b/>
              </w:rPr>
              <w:t>Date completed</w:t>
            </w:r>
          </w:p>
        </w:tc>
        <w:tc>
          <w:tcPr>
            <w:tcW w:w="7488" w:type="dxa"/>
            <w:tcMar>
              <w:top w:w="100" w:type="dxa"/>
              <w:left w:w="100" w:type="dxa"/>
              <w:bottom w:w="100" w:type="dxa"/>
              <w:right w:w="100" w:type="dxa"/>
            </w:tcMar>
          </w:tcPr>
          <w:p w14:paraId="5B51611B" w14:textId="77777777" w:rsidR="00E37CF9" w:rsidRDefault="00E37CF9"/>
        </w:tc>
      </w:tr>
    </w:tbl>
    <w:p w14:paraId="1C3B8447" w14:textId="77777777" w:rsidR="00E37CF9" w:rsidRDefault="00E37CF9"/>
    <w:tbl>
      <w:tblPr>
        <w:tblW w:w="0" w:type="auto"/>
        <w:jc w:val="center"/>
        <w:tblLook w:val="04A0" w:firstRow="1" w:lastRow="0" w:firstColumn="1" w:lastColumn="0" w:noHBand="0" w:noVBand="1"/>
      </w:tblPr>
      <w:tblGrid>
        <w:gridCol w:w="10368"/>
      </w:tblGrid>
      <w:tr w:rsidR="00E37CF9" w14:paraId="00B8C719" w14:textId="77777777">
        <w:trPr>
          <w:cantSplit/>
          <w:jc w:val="center"/>
        </w:trPr>
        <w:tc>
          <w:tcPr>
            <w:tcW w:w="10368" w:type="dxa"/>
            <w:shd w:val="clear" w:color="auto" w:fill="5B9BD5"/>
            <w:tcMar>
              <w:top w:w="100" w:type="dxa"/>
              <w:left w:w="120" w:type="dxa"/>
              <w:bottom w:w="80" w:type="dxa"/>
              <w:right w:w="120" w:type="dxa"/>
            </w:tcMar>
          </w:tcPr>
          <w:p w14:paraId="324E4BA5" w14:textId="77777777" w:rsidR="00E37CF9" w:rsidRDefault="00AB2259">
            <w:r>
              <w:rPr>
                <w:b/>
                <w:color w:val="FFFFFF"/>
              </w:rPr>
              <w:t>Purpose of this work</w:t>
            </w:r>
          </w:p>
        </w:tc>
      </w:tr>
      <w:tr w:rsidR="00E37CF9" w14:paraId="52DF2CF6" w14:textId="77777777">
        <w:trPr>
          <w:cantSplit/>
          <w:jc w:val="center"/>
        </w:trPr>
        <w:tc>
          <w:tcPr>
            <w:tcW w:w="10368" w:type="dxa"/>
            <w:shd w:val="clear" w:color="auto" w:fill="EAF2F8"/>
            <w:tcMar>
              <w:top w:w="120" w:type="dxa"/>
              <w:left w:w="120" w:type="dxa"/>
              <w:bottom w:w="120" w:type="dxa"/>
              <w:right w:w="120" w:type="dxa"/>
            </w:tcMar>
          </w:tcPr>
          <w:p w14:paraId="4BBAA881" w14:textId="77777777" w:rsidR="00E37CF9" w:rsidRDefault="00AB2259">
            <w:r>
              <w:t>These activities will help you begin the next academic year confidently. They develop the research, drawing, modelling, annotation and evaluation skills used throughout AQA GCSE 3D Design. Complete the work independently and present it neatly. Bring it to your first lesson in September.</w:t>
            </w:r>
          </w:p>
        </w:tc>
      </w:tr>
    </w:tbl>
    <w:p w14:paraId="56CCC556" w14:textId="77777777" w:rsidR="00E37CF9" w:rsidRDefault="00E37CF9">
      <w:pPr>
        <w:spacing w:after="0"/>
      </w:pPr>
    </w:p>
    <w:tbl>
      <w:tblPr>
        <w:tblW w:w="0" w:type="auto"/>
        <w:jc w:val="center"/>
        <w:tblLook w:val="04A0" w:firstRow="1" w:lastRow="0" w:firstColumn="1" w:lastColumn="0" w:noHBand="0" w:noVBand="1"/>
      </w:tblPr>
      <w:tblGrid>
        <w:gridCol w:w="10368"/>
      </w:tblGrid>
      <w:tr w:rsidR="00E37CF9" w14:paraId="18F67C08" w14:textId="77777777">
        <w:trPr>
          <w:cantSplit/>
          <w:jc w:val="center"/>
        </w:trPr>
        <w:tc>
          <w:tcPr>
            <w:tcW w:w="10368" w:type="dxa"/>
            <w:shd w:val="clear" w:color="auto" w:fill="D9EAF7"/>
            <w:tcMar>
              <w:top w:w="100" w:type="dxa"/>
              <w:left w:w="130" w:type="dxa"/>
              <w:bottom w:w="100" w:type="dxa"/>
              <w:right w:w="130" w:type="dxa"/>
            </w:tcMar>
          </w:tcPr>
          <w:p w14:paraId="08BB6AA2" w14:textId="77777777" w:rsidR="00E37CF9" w:rsidRDefault="00AB2259">
            <w:r>
              <w:rPr>
                <w:b/>
                <w:color w:val="1F4E78"/>
                <w:sz w:val="24"/>
              </w:rPr>
              <w:t>What good work should show</w:t>
            </w:r>
          </w:p>
        </w:tc>
      </w:tr>
    </w:tbl>
    <w:p w14:paraId="4300F4B4" w14:textId="77777777" w:rsidR="00E37CF9" w:rsidRDefault="00E37CF9">
      <w:pPr>
        <w:spacing w:after="0"/>
      </w:pPr>
    </w:p>
    <w:p w14:paraId="16B88744" w14:textId="77777777" w:rsidR="00E37CF9" w:rsidRDefault="00AB2259">
      <w:pPr>
        <w:spacing w:after="60"/>
        <w:ind w:left="288"/>
      </w:pPr>
      <w:r>
        <w:rPr>
          <w:b/>
        </w:rPr>
        <w:t>☐</w:t>
      </w:r>
      <w:r>
        <w:rPr>
          <w:b/>
        </w:rPr>
        <w:t xml:space="preserve"> </w:t>
      </w:r>
      <w:r>
        <w:t>Clear, well-organised pages with headings and labels.</w:t>
      </w:r>
    </w:p>
    <w:p w14:paraId="402A086E" w14:textId="77777777" w:rsidR="00E37CF9" w:rsidRDefault="00AB2259">
      <w:pPr>
        <w:spacing w:after="60"/>
        <w:ind w:left="288"/>
      </w:pPr>
      <w:r>
        <w:rPr>
          <w:b/>
        </w:rPr>
        <w:t>☐</w:t>
      </w:r>
      <w:r>
        <w:rPr>
          <w:b/>
        </w:rPr>
        <w:t xml:space="preserve"> </w:t>
      </w:r>
      <w:r>
        <w:t>Visual research that has been analysed, not simply copied.</w:t>
      </w:r>
    </w:p>
    <w:p w14:paraId="27923DCD" w14:textId="77777777" w:rsidR="00E37CF9" w:rsidRDefault="00AB2259">
      <w:pPr>
        <w:spacing w:after="60"/>
        <w:ind w:left="288"/>
      </w:pPr>
      <w:r>
        <w:rPr>
          <w:b/>
        </w:rPr>
        <w:t>☐</w:t>
      </w:r>
      <w:r>
        <w:rPr>
          <w:b/>
        </w:rPr>
        <w:t xml:space="preserve"> </w:t>
      </w:r>
      <w:r>
        <w:t>Original ideas developed from research.</w:t>
      </w:r>
    </w:p>
    <w:p w14:paraId="3059B325" w14:textId="77777777" w:rsidR="00E37CF9" w:rsidRDefault="00AB2259">
      <w:pPr>
        <w:spacing w:after="60"/>
        <w:ind w:left="288"/>
      </w:pPr>
      <w:r>
        <w:rPr>
          <w:b/>
        </w:rPr>
        <w:t>☐</w:t>
      </w:r>
      <w:r>
        <w:rPr>
          <w:b/>
        </w:rPr>
        <w:t xml:space="preserve"> </w:t>
      </w:r>
      <w:r>
        <w:t>Accurate drawing and thoughtful annotation.</w:t>
      </w:r>
    </w:p>
    <w:p w14:paraId="7C3A6BD4" w14:textId="77777777" w:rsidR="00E37CF9" w:rsidRDefault="00AB2259">
      <w:pPr>
        <w:spacing w:after="60"/>
        <w:ind w:left="288"/>
      </w:pPr>
      <w:r>
        <w:rPr>
          <w:b/>
        </w:rPr>
        <w:t>☐</w:t>
      </w:r>
      <w:r>
        <w:rPr>
          <w:b/>
        </w:rPr>
        <w:t xml:space="preserve"> </w:t>
      </w:r>
      <w:r>
        <w:t>Evidence of testing, reflection and improvement.</w:t>
      </w:r>
    </w:p>
    <w:p w14:paraId="6847989A" w14:textId="77777777" w:rsidR="00E37CF9" w:rsidRDefault="00AB2259">
      <w:pPr>
        <w:spacing w:after="60"/>
        <w:ind w:left="288"/>
      </w:pPr>
      <w:r>
        <w:rPr>
          <w:b/>
        </w:rPr>
        <w:t>☐</w:t>
      </w:r>
      <w:r>
        <w:rPr>
          <w:b/>
        </w:rPr>
        <w:t xml:space="preserve"> </w:t>
      </w:r>
      <w:r>
        <w:t>Care taken with presentation, spelling and technical vocabulary.</w:t>
      </w:r>
    </w:p>
    <w:p w14:paraId="1DB63E10" w14:textId="77777777" w:rsidR="00E37CF9" w:rsidRDefault="00AB2259">
      <w:r>
        <w:br w:type="page"/>
      </w:r>
    </w:p>
    <w:tbl>
      <w:tblPr>
        <w:tblW w:w="0" w:type="auto"/>
        <w:jc w:val="center"/>
        <w:tblLook w:val="04A0" w:firstRow="1" w:lastRow="0" w:firstColumn="1" w:lastColumn="0" w:noHBand="0" w:noVBand="1"/>
      </w:tblPr>
      <w:tblGrid>
        <w:gridCol w:w="10368"/>
      </w:tblGrid>
      <w:tr w:rsidR="00E37CF9" w14:paraId="52D2A144" w14:textId="77777777">
        <w:trPr>
          <w:cantSplit/>
          <w:jc w:val="center"/>
        </w:trPr>
        <w:tc>
          <w:tcPr>
            <w:tcW w:w="10368" w:type="dxa"/>
            <w:shd w:val="clear" w:color="auto" w:fill="1F4E78"/>
            <w:tcMar>
              <w:top w:w="100" w:type="dxa"/>
              <w:left w:w="130" w:type="dxa"/>
              <w:bottom w:w="100" w:type="dxa"/>
              <w:right w:w="130" w:type="dxa"/>
            </w:tcMar>
          </w:tcPr>
          <w:p w14:paraId="7377B7C9" w14:textId="77777777" w:rsidR="00E37CF9" w:rsidRDefault="00AB2259">
            <w:r>
              <w:rPr>
                <w:b/>
                <w:color w:val="FFFFFF"/>
                <w:sz w:val="32"/>
              </w:rPr>
              <w:lastRenderedPageBreak/>
              <w:t>Year 9 into Year 10 Transition Work</w:t>
            </w:r>
          </w:p>
        </w:tc>
      </w:tr>
    </w:tbl>
    <w:p w14:paraId="7581824B" w14:textId="77777777" w:rsidR="00E37CF9" w:rsidRDefault="00E37CF9">
      <w:pPr>
        <w:spacing w:after="0"/>
      </w:pPr>
    </w:p>
    <w:p w14:paraId="04707A3A" w14:textId="77777777" w:rsidR="00E37CF9" w:rsidRDefault="00AB2259">
      <w:r>
        <w:rPr>
          <w:b/>
          <w:color w:val="1F4E78"/>
          <w:sz w:val="34"/>
        </w:rPr>
        <w:t>Mini Design Project: A Compact Mood Light</w:t>
      </w:r>
    </w:p>
    <w:tbl>
      <w:tblPr>
        <w:tblW w:w="0" w:type="auto"/>
        <w:jc w:val="center"/>
        <w:tblLook w:val="04A0" w:firstRow="1" w:lastRow="0" w:firstColumn="1" w:lastColumn="0" w:noHBand="0" w:noVBand="1"/>
      </w:tblPr>
      <w:tblGrid>
        <w:gridCol w:w="10368"/>
      </w:tblGrid>
      <w:tr w:rsidR="00E37CF9" w14:paraId="284C8B20" w14:textId="77777777">
        <w:trPr>
          <w:cantSplit/>
          <w:jc w:val="center"/>
        </w:trPr>
        <w:tc>
          <w:tcPr>
            <w:tcW w:w="10368" w:type="dxa"/>
            <w:shd w:val="clear" w:color="auto" w:fill="5B9BD5"/>
            <w:tcMar>
              <w:top w:w="100" w:type="dxa"/>
              <w:left w:w="120" w:type="dxa"/>
              <w:bottom w:w="80" w:type="dxa"/>
              <w:right w:w="120" w:type="dxa"/>
            </w:tcMar>
          </w:tcPr>
          <w:p w14:paraId="6A0DA3A9" w14:textId="77777777" w:rsidR="00E37CF9" w:rsidRDefault="00AB2259">
            <w:r>
              <w:rPr>
                <w:b/>
                <w:color w:val="FFFFFF"/>
              </w:rPr>
              <w:t>Design brief</w:t>
            </w:r>
          </w:p>
        </w:tc>
      </w:tr>
      <w:tr w:rsidR="00E37CF9" w14:paraId="6554393C" w14:textId="77777777">
        <w:trPr>
          <w:cantSplit/>
          <w:jc w:val="center"/>
        </w:trPr>
        <w:tc>
          <w:tcPr>
            <w:tcW w:w="10368" w:type="dxa"/>
            <w:shd w:val="clear" w:color="auto" w:fill="EAF2F8"/>
            <w:tcMar>
              <w:top w:w="120" w:type="dxa"/>
              <w:left w:w="120" w:type="dxa"/>
              <w:bottom w:w="120" w:type="dxa"/>
              <w:right w:w="120" w:type="dxa"/>
            </w:tcMar>
          </w:tcPr>
          <w:p w14:paraId="1B82005A" w14:textId="77777777" w:rsidR="00E37CF9" w:rsidRDefault="00AB2259">
            <w:r>
              <w:t>Design a small decorative mood light for a teenager’s bedroom or study space. The product should create an interesting lighting effect, be stable and safe, and show influence from a chosen design movement or designer. You are designing the outer form only; you do not need to make a working electrical circuit.</w:t>
            </w:r>
          </w:p>
        </w:tc>
      </w:tr>
    </w:tbl>
    <w:p w14:paraId="6B24AA01" w14:textId="77777777" w:rsidR="00E37CF9" w:rsidRDefault="00E37CF9">
      <w:pPr>
        <w:spacing w:after="0"/>
      </w:pPr>
    </w:p>
    <w:tbl>
      <w:tblPr>
        <w:tblW w:w="0" w:type="auto"/>
        <w:jc w:val="center"/>
        <w:tblLook w:val="04A0" w:firstRow="1" w:lastRow="0" w:firstColumn="1" w:lastColumn="0" w:noHBand="0" w:noVBand="1"/>
      </w:tblPr>
      <w:tblGrid>
        <w:gridCol w:w="10368"/>
      </w:tblGrid>
      <w:tr w:rsidR="00E37CF9" w14:paraId="69CA7524" w14:textId="77777777">
        <w:trPr>
          <w:cantSplit/>
          <w:jc w:val="center"/>
        </w:trPr>
        <w:tc>
          <w:tcPr>
            <w:tcW w:w="10368" w:type="dxa"/>
            <w:shd w:val="clear" w:color="auto" w:fill="D9EAF7"/>
            <w:tcMar>
              <w:top w:w="100" w:type="dxa"/>
              <w:left w:w="130" w:type="dxa"/>
              <w:bottom w:w="100" w:type="dxa"/>
              <w:right w:w="130" w:type="dxa"/>
            </w:tcMar>
          </w:tcPr>
          <w:p w14:paraId="789AE830" w14:textId="77777777" w:rsidR="00E37CF9" w:rsidRDefault="00AB2259">
            <w:r>
              <w:rPr>
                <w:b/>
                <w:color w:val="1F4E78"/>
                <w:sz w:val="24"/>
              </w:rPr>
              <w:t>Task A – Research and analyse</w:t>
            </w:r>
          </w:p>
        </w:tc>
      </w:tr>
    </w:tbl>
    <w:p w14:paraId="16FCE216" w14:textId="77777777" w:rsidR="00E37CF9" w:rsidRDefault="00E37CF9">
      <w:pPr>
        <w:spacing w:after="0"/>
      </w:pPr>
    </w:p>
    <w:p w14:paraId="7E7A3111" w14:textId="77777777" w:rsidR="00E37CF9" w:rsidRDefault="00AB2259">
      <w:r>
        <w:t>Choose one design influence: Art Deco, Bauhaus, Memphis, Japanese design, Charles Rennie Mackintosh, Zaha Hadid or another suitable designer/movement approved by your teacher.</w:t>
      </w:r>
    </w:p>
    <w:p w14:paraId="30B95987" w14:textId="77777777" w:rsidR="00E37CF9" w:rsidRDefault="00AB2259">
      <w:pPr>
        <w:pStyle w:val="ListBullet"/>
        <w:spacing w:after="40"/>
      </w:pPr>
      <w:r>
        <w:t>Collect or draw at least four relevant images.</w:t>
      </w:r>
    </w:p>
    <w:p w14:paraId="51AC6FBA" w14:textId="77777777" w:rsidR="00E37CF9" w:rsidRDefault="00AB2259">
      <w:pPr>
        <w:pStyle w:val="ListBullet"/>
        <w:spacing w:after="40"/>
      </w:pPr>
      <w:r>
        <w:t>For each image, identify useful features such as shape, pattern, colour, material, structure, proportion or lighting effect.</w:t>
      </w:r>
    </w:p>
    <w:p w14:paraId="5F470AAF" w14:textId="77777777" w:rsidR="00E37CF9" w:rsidRDefault="00AB2259">
      <w:pPr>
        <w:pStyle w:val="ListBullet"/>
        <w:spacing w:after="40"/>
      </w:pPr>
      <w:r>
        <w:t>Write a short paragraph explaining which features could influence your own design.</w:t>
      </w:r>
    </w:p>
    <w:tbl>
      <w:tblPr>
        <w:tblW w:w="0" w:type="auto"/>
        <w:jc w:val="center"/>
        <w:tblLook w:val="04A0" w:firstRow="1" w:lastRow="0" w:firstColumn="1" w:lastColumn="0" w:noHBand="0" w:noVBand="1"/>
      </w:tblPr>
      <w:tblGrid>
        <w:gridCol w:w="10368"/>
      </w:tblGrid>
      <w:tr w:rsidR="00E37CF9" w14:paraId="7FCA4CD4" w14:textId="77777777">
        <w:trPr>
          <w:cantSplit/>
          <w:jc w:val="center"/>
        </w:trPr>
        <w:tc>
          <w:tcPr>
            <w:tcW w:w="10368" w:type="dxa"/>
            <w:shd w:val="clear" w:color="auto" w:fill="5B9BD5"/>
            <w:tcMar>
              <w:top w:w="100" w:type="dxa"/>
              <w:left w:w="120" w:type="dxa"/>
              <w:bottom w:w="80" w:type="dxa"/>
              <w:right w:w="120" w:type="dxa"/>
            </w:tcMar>
          </w:tcPr>
          <w:p w14:paraId="4371CCCA" w14:textId="77777777" w:rsidR="00E37CF9" w:rsidRDefault="00AB2259">
            <w:r>
              <w:rPr>
                <w:b/>
                <w:color w:val="FFFFFF"/>
              </w:rPr>
              <w:t>Helpful sentence starters</w:t>
            </w:r>
          </w:p>
        </w:tc>
      </w:tr>
      <w:tr w:rsidR="00E37CF9" w14:paraId="00805603" w14:textId="77777777">
        <w:trPr>
          <w:cantSplit/>
          <w:jc w:val="center"/>
        </w:trPr>
        <w:tc>
          <w:tcPr>
            <w:tcW w:w="10368" w:type="dxa"/>
            <w:shd w:val="clear" w:color="auto" w:fill="F3F8FC"/>
            <w:tcMar>
              <w:top w:w="120" w:type="dxa"/>
              <w:left w:w="120" w:type="dxa"/>
              <w:bottom w:w="120" w:type="dxa"/>
              <w:right w:w="120" w:type="dxa"/>
            </w:tcMar>
          </w:tcPr>
          <w:p w14:paraId="0EF24CFE" w14:textId="77777777" w:rsidR="00E37CF9" w:rsidRDefault="00AB2259">
            <w:r>
              <w:t>The most successful feature is…  |  This design has influenced me because…  |  I could adapt this by…  |  The form is suitable for a mood light because…</w:t>
            </w:r>
          </w:p>
        </w:tc>
      </w:tr>
    </w:tbl>
    <w:p w14:paraId="56706B3C" w14:textId="77777777" w:rsidR="00E37CF9" w:rsidRDefault="00E37CF9">
      <w:pPr>
        <w:spacing w:after="0"/>
      </w:pPr>
    </w:p>
    <w:tbl>
      <w:tblPr>
        <w:tblW w:w="0" w:type="auto"/>
        <w:jc w:val="center"/>
        <w:tblLook w:val="04A0" w:firstRow="1" w:lastRow="0" w:firstColumn="1" w:lastColumn="0" w:noHBand="0" w:noVBand="1"/>
      </w:tblPr>
      <w:tblGrid>
        <w:gridCol w:w="10368"/>
      </w:tblGrid>
      <w:tr w:rsidR="00E37CF9" w14:paraId="61FC6B74" w14:textId="77777777">
        <w:trPr>
          <w:cantSplit/>
          <w:jc w:val="center"/>
        </w:trPr>
        <w:tc>
          <w:tcPr>
            <w:tcW w:w="10368" w:type="dxa"/>
            <w:shd w:val="clear" w:color="auto" w:fill="D9EAF7"/>
            <w:tcMar>
              <w:top w:w="100" w:type="dxa"/>
              <w:left w:w="130" w:type="dxa"/>
              <w:bottom w:w="100" w:type="dxa"/>
              <w:right w:w="130" w:type="dxa"/>
            </w:tcMar>
          </w:tcPr>
          <w:p w14:paraId="31CEB4D7" w14:textId="77777777" w:rsidR="00E37CF9" w:rsidRDefault="00AB2259">
            <w:r>
              <w:rPr>
                <w:b/>
                <w:color w:val="1F4E78"/>
                <w:sz w:val="24"/>
              </w:rPr>
              <w:t>Task B – User and design specification</w:t>
            </w:r>
          </w:p>
        </w:tc>
      </w:tr>
    </w:tbl>
    <w:p w14:paraId="2BB328B1" w14:textId="77777777" w:rsidR="00E37CF9" w:rsidRDefault="00E37CF9">
      <w:pPr>
        <w:spacing w:after="0"/>
      </w:pPr>
    </w:p>
    <w:p w14:paraId="132CE931" w14:textId="77777777" w:rsidR="00E37CF9" w:rsidRDefault="00AB2259">
      <w:r>
        <w:t>Create a simple user profile and write six measurable design requirements.</w:t>
      </w:r>
    </w:p>
    <w:tbl>
      <w:tblPr>
        <w:tblStyle w:val="TableGrid"/>
        <w:tblW w:w="0" w:type="auto"/>
        <w:jc w:val="center"/>
        <w:tblLook w:val="04A0" w:firstRow="1" w:lastRow="0" w:firstColumn="1" w:lastColumn="0" w:noHBand="0" w:noVBand="1"/>
      </w:tblPr>
      <w:tblGrid>
        <w:gridCol w:w="5179"/>
        <w:gridCol w:w="5179"/>
      </w:tblGrid>
      <w:tr w:rsidR="00E37CF9" w14:paraId="7F424723" w14:textId="77777777">
        <w:trPr>
          <w:cantSplit/>
          <w:jc w:val="center"/>
        </w:trPr>
        <w:tc>
          <w:tcPr>
            <w:tcW w:w="5184" w:type="dxa"/>
            <w:shd w:val="clear" w:color="auto" w:fill="5B9BD5"/>
          </w:tcPr>
          <w:p w14:paraId="3CFABCF1" w14:textId="77777777" w:rsidR="00E37CF9" w:rsidRDefault="00AB2259">
            <w:r>
              <w:rPr>
                <w:b/>
                <w:color w:val="FFFFFF"/>
              </w:rPr>
              <w:t>Specification area</w:t>
            </w:r>
          </w:p>
        </w:tc>
        <w:tc>
          <w:tcPr>
            <w:tcW w:w="5184" w:type="dxa"/>
            <w:shd w:val="clear" w:color="auto" w:fill="5B9BD5"/>
          </w:tcPr>
          <w:p w14:paraId="7A2F2F9B" w14:textId="77777777" w:rsidR="00E37CF9" w:rsidRDefault="00AB2259">
            <w:r>
              <w:rPr>
                <w:b/>
                <w:color w:val="FFFFFF"/>
              </w:rPr>
              <w:t>Your requirement</w:t>
            </w:r>
          </w:p>
        </w:tc>
      </w:tr>
      <w:tr w:rsidR="00E37CF9" w14:paraId="6A392993" w14:textId="77777777">
        <w:trPr>
          <w:cantSplit/>
          <w:jc w:val="center"/>
        </w:trPr>
        <w:tc>
          <w:tcPr>
            <w:tcW w:w="5184" w:type="dxa"/>
            <w:shd w:val="clear" w:color="auto" w:fill="EAF2F8"/>
            <w:tcMar>
              <w:top w:w="100" w:type="dxa"/>
              <w:left w:w="100" w:type="dxa"/>
              <w:bottom w:w="180" w:type="dxa"/>
              <w:right w:w="100" w:type="dxa"/>
            </w:tcMar>
          </w:tcPr>
          <w:p w14:paraId="2CB01768" w14:textId="77777777" w:rsidR="00E37CF9" w:rsidRDefault="00AB2259">
            <w:r>
              <w:rPr>
                <w:b/>
              </w:rPr>
              <w:t>User</w:t>
            </w:r>
          </w:p>
        </w:tc>
        <w:tc>
          <w:tcPr>
            <w:tcW w:w="5184" w:type="dxa"/>
            <w:tcMar>
              <w:top w:w="100" w:type="dxa"/>
              <w:left w:w="100" w:type="dxa"/>
              <w:bottom w:w="180" w:type="dxa"/>
              <w:right w:w="100" w:type="dxa"/>
            </w:tcMar>
          </w:tcPr>
          <w:p w14:paraId="7A7EB6D6" w14:textId="77777777" w:rsidR="00E37CF9" w:rsidRDefault="00E37CF9"/>
        </w:tc>
      </w:tr>
      <w:tr w:rsidR="00E37CF9" w14:paraId="376C6DE0" w14:textId="77777777">
        <w:trPr>
          <w:cantSplit/>
          <w:jc w:val="center"/>
        </w:trPr>
        <w:tc>
          <w:tcPr>
            <w:tcW w:w="5184" w:type="dxa"/>
            <w:shd w:val="clear" w:color="auto" w:fill="EAF2F8"/>
            <w:tcMar>
              <w:top w:w="100" w:type="dxa"/>
              <w:left w:w="100" w:type="dxa"/>
              <w:bottom w:w="180" w:type="dxa"/>
              <w:right w:w="100" w:type="dxa"/>
            </w:tcMar>
          </w:tcPr>
          <w:p w14:paraId="2DFCD3BB" w14:textId="77777777" w:rsidR="00E37CF9" w:rsidRDefault="00AB2259">
            <w:r>
              <w:rPr>
                <w:b/>
              </w:rPr>
              <w:t>Function</w:t>
            </w:r>
          </w:p>
        </w:tc>
        <w:tc>
          <w:tcPr>
            <w:tcW w:w="5184" w:type="dxa"/>
            <w:tcMar>
              <w:top w:w="100" w:type="dxa"/>
              <w:left w:w="100" w:type="dxa"/>
              <w:bottom w:w="180" w:type="dxa"/>
              <w:right w:w="100" w:type="dxa"/>
            </w:tcMar>
          </w:tcPr>
          <w:p w14:paraId="575372EA" w14:textId="77777777" w:rsidR="00E37CF9" w:rsidRDefault="00E37CF9"/>
        </w:tc>
      </w:tr>
      <w:tr w:rsidR="00E37CF9" w14:paraId="76000F8F" w14:textId="77777777">
        <w:trPr>
          <w:cantSplit/>
          <w:jc w:val="center"/>
        </w:trPr>
        <w:tc>
          <w:tcPr>
            <w:tcW w:w="5184" w:type="dxa"/>
            <w:shd w:val="clear" w:color="auto" w:fill="EAF2F8"/>
            <w:tcMar>
              <w:top w:w="100" w:type="dxa"/>
              <w:left w:w="100" w:type="dxa"/>
              <w:bottom w:w="180" w:type="dxa"/>
              <w:right w:w="100" w:type="dxa"/>
            </w:tcMar>
          </w:tcPr>
          <w:p w14:paraId="55BFEF4F" w14:textId="77777777" w:rsidR="00E37CF9" w:rsidRDefault="00AB2259">
            <w:r>
              <w:rPr>
                <w:b/>
              </w:rPr>
              <w:t>Size</w:t>
            </w:r>
          </w:p>
        </w:tc>
        <w:tc>
          <w:tcPr>
            <w:tcW w:w="5184" w:type="dxa"/>
            <w:tcMar>
              <w:top w:w="100" w:type="dxa"/>
              <w:left w:w="100" w:type="dxa"/>
              <w:bottom w:w="180" w:type="dxa"/>
              <w:right w:w="100" w:type="dxa"/>
            </w:tcMar>
          </w:tcPr>
          <w:p w14:paraId="3F4C87BC" w14:textId="77777777" w:rsidR="00E37CF9" w:rsidRDefault="00E37CF9"/>
        </w:tc>
      </w:tr>
      <w:tr w:rsidR="00E37CF9" w14:paraId="302A34F9" w14:textId="77777777">
        <w:trPr>
          <w:cantSplit/>
          <w:jc w:val="center"/>
        </w:trPr>
        <w:tc>
          <w:tcPr>
            <w:tcW w:w="5184" w:type="dxa"/>
            <w:shd w:val="clear" w:color="auto" w:fill="EAF2F8"/>
            <w:tcMar>
              <w:top w:w="100" w:type="dxa"/>
              <w:left w:w="100" w:type="dxa"/>
              <w:bottom w:w="180" w:type="dxa"/>
              <w:right w:w="100" w:type="dxa"/>
            </w:tcMar>
          </w:tcPr>
          <w:p w14:paraId="7B61E019" w14:textId="77777777" w:rsidR="00E37CF9" w:rsidRDefault="00AB2259">
            <w:r>
              <w:rPr>
                <w:b/>
              </w:rPr>
              <w:t>Materials / manufacture</w:t>
            </w:r>
          </w:p>
        </w:tc>
        <w:tc>
          <w:tcPr>
            <w:tcW w:w="5184" w:type="dxa"/>
            <w:tcMar>
              <w:top w:w="100" w:type="dxa"/>
              <w:left w:w="100" w:type="dxa"/>
              <w:bottom w:w="180" w:type="dxa"/>
              <w:right w:w="100" w:type="dxa"/>
            </w:tcMar>
          </w:tcPr>
          <w:p w14:paraId="74DF28B9" w14:textId="77777777" w:rsidR="00E37CF9" w:rsidRDefault="00E37CF9"/>
        </w:tc>
      </w:tr>
      <w:tr w:rsidR="00E37CF9" w14:paraId="6A6FF2E1" w14:textId="77777777">
        <w:trPr>
          <w:cantSplit/>
          <w:jc w:val="center"/>
        </w:trPr>
        <w:tc>
          <w:tcPr>
            <w:tcW w:w="5184" w:type="dxa"/>
            <w:shd w:val="clear" w:color="auto" w:fill="EAF2F8"/>
            <w:tcMar>
              <w:top w:w="100" w:type="dxa"/>
              <w:left w:w="100" w:type="dxa"/>
              <w:bottom w:w="180" w:type="dxa"/>
              <w:right w:w="100" w:type="dxa"/>
            </w:tcMar>
          </w:tcPr>
          <w:p w14:paraId="5E3F005C" w14:textId="77777777" w:rsidR="00E37CF9" w:rsidRDefault="00AB2259">
            <w:r>
              <w:rPr>
                <w:b/>
              </w:rPr>
              <w:t>Safety / stability</w:t>
            </w:r>
          </w:p>
        </w:tc>
        <w:tc>
          <w:tcPr>
            <w:tcW w:w="5184" w:type="dxa"/>
            <w:tcMar>
              <w:top w:w="100" w:type="dxa"/>
              <w:left w:w="100" w:type="dxa"/>
              <w:bottom w:w="180" w:type="dxa"/>
              <w:right w:w="100" w:type="dxa"/>
            </w:tcMar>
          </w:tcPr>
          <w:p w14:paraId="31FDA356" w14:textId="77777777" w:rsidR="00E37CF9" w:rsidRDefault="00E37CF9"/>
        </w:tc>
      </w:tr>
      <w:tr w:rsidR="00E37CF9" w14:paraId="559764C4" w14:textId="77777777">
        <w:trPr>
          <w:cantSplit/>
          <w:jc w:val="center"/>
        </w:trPr>
        <w:tc>
          <w:tcPr>
            <w:tcW w:w="5184" w:type="dxa"/>
            <w:shd w:val="clear" w:color="auto" w:fill="EAF2F8"/>
            <w:tcMar>
              <w:top w:w="100" w:type="dxa"/>
              <w:left w:w="100" w:type="dxa"/>
              <w:bottom w:w="180" w:type="dxa"/>
              <w:right w:w="100" w:type="dxa"/>
            </w:tcMar>
          </w:tcPr>
          <w:p w14:paraId="63C59D5E" w14:textId="77777777" w:rsidR="00E37CF9" w:rsidRDefault="00AB2259">
            <w:r>
              <w:rPr>
                <w:b/>
              </w:rPr>
              <w:lastRenderedPageBreak/>
              <w:t>Appearance</w:t>
            </w:r>
          </w:p>
        </w:tc>
        <w:tc>
          <w:tcPr>
            <w:tcW w:w="5184" w:type="dxa"/>
            <w:tcMar>
              <w:top w:w="100" w:type="dxa"/>
              <w:left w:w="100" w:type="dxa"/>
              <w:bottom w:w="180" w:type="dxa"/>
              <w:right w:w="100" w:type="dxa"/>
            </w:tcMar>
          </w:tcPr>
          <w:p w14:paraId="2F33141D" w14:textId="77777777" w:rsidR="00E37CF9" w:rsidRDefault="00E37CF9"/>
        </w:tc>
      </w:tr>
    </w:tbl>
    <w:tbl>
      <w:tblPr>
        <w:tblW w:w="0" w:type="auto"/>
        <w:jc w:val="center"/>
        <w:tblLook w:val="04A0" w:firstRow="1" w:lastRow="0" w:firstColumn="1" w:lastColumn="0" w:noHBand="0" w:noVBand="1"/>
      </w:tblPr>
      <w:tblGrid>
        <w:gridCol w:w="10368"/>
      </w:tblGrid>
      <w:tr w:rsidR="00E37CF9" w14:paraId="532229F1" w14:textId="77777777">
        <w:trPr>
          <w:cantSplit/>
          <w:jc w:val="center"/>
        </w:trPr>
        <w:tc>
          <w:tcPr>
            <w:tcW w:w="10368" w:type="dxa"/>
            <w:shd w:val="clear" w:color="auto" w:fill="D9EAF7"/>
            <w:tcMar>
              <w:top w:w="100" w:type="dxa"/>
              <w:left w:w="130" w:type="dxa"/>
              <w:bottom w:w="100" w:type="dxa"/>
              <w:right w:w="130" w:type="dxa"/>
            </w:tcMar>
          </w:tcPr>
          <w:p w14:paraId="2C0190F1" w14:textId="77777777" w:rsidR="00E37CF9" w:rsidRDefault="00AB2259">
            <w:r>
              <w:rPr>
                <w:b/>
                <w:color w:val="1F4E78"/>
                <w:sz w:val="24"/>
              </w:rPr>
              <w:t>Task C – Generate and develop ideas</w:t>
            </w:r>
          </w:p>
        </w:tc>
      </w:tr>
    </w:tbl>
    <w:p w14:paraId="60AFEBD3" w14:textId="77777777" w:rsidR="00E37CF9" w:rsidRDefault="00E37CF9">
      <w:pPr>
        <w:spacing w:after="0"/>
      </w:pPr>
    </w:p>
    <w:p w14:paraId="57F6DF5C" w14:textId="77777777" w:rsidR="00E37CF9" w:rsidRDefault="00AB2259">
      <w:pPr>
        <w:pStyle w:val="ListBullet"/>
        <w:spacing w:after="40"/>
      </w:pPr>
      <w:r>
        <w:t>Produce three different design ideas. Use 3D sketching where possible.</w:t>
      </w:r>
    </w:p>
    <w:p w14:paraId="34E3A0DE" w14:textId="77777777" w:rsidR="00E37CF9" w:rsidRDefault="00AB2259">
      <w:pPr>
        <w:pStyle w:val="ListBullet"/>
        <w:spacing w:after="40"/>
      </w:pPr>
      <w:r>
        <w:t>Annotate each idea to explain shape, materials, construction, lighting effect and links to your chosen influence.</w:t>
      </w:r>
    </w:p>
    <w:p w14:paraId="1B9F3353" w14:textId="77777777" w:rsidR="00E37CF9" w:rsidRDefault="00AB2259">
      <w:pPr>
        <w:pStyle w:val="ListBullet"/>
        <w:spacing w:after="40"/>
      </w:pPr>
      <w:r>
        <w:t>Select the strongest idea and explain why it best meets the specification.</w:t>
      </w:r>
    </w:p>
    <w:p w14:paraId="4580C65A" w14:textId="77777777" w:rsidR="00E37CF9" w:rsidRDefault="00AB2259">
      <w:pPr>
        <w:pStyle w:val="ListBullet"/>
        <w:spacing w:after="40"/>
      </w:pPr>
      <w:r>
        <w:t>Develop it at least twice. Each development should show a meaningful change, not simply a different colour.</w:t>
      </w:r>
    </w:p>
    <w:tbl>
      <w:tblPr>
        <w:tblW w:w="0" w:type="auto"/>
        <w:jc w:val="center"/>
        <w:tblLook w:val="04A0" w:firstRow="1" w:lastRow="0" w:firstColumn="1" w:lastColumn="0" w:noHBand="0" w:noVBand="1"/>
      </w:tblPr>
      <w:tblGrid>
        <w:gridCol w:w="10368"/>
      </w:tblGrid>
      <w:tr w:rsidR="00E37CF9" w14:paraId="3AB76DD4" w14:textId="77777777">
        <w:trPr>
          <w:cantSplit/>
          <w:jc w:val="center"/>
        </w:trPr>
        <w:tc>
          <w:tcPr>
            <w:tcW w:w="10368" w:type="dxa"/>
            <w:shd w:val="clear" w:color="auto" w:fill="D9EAF7"/>
            <w:tcMar>
              <w:top w:w="100" w:type="dxa"/>
              <w:left w:w="130" w:type="dxa"/>
              <w:bottom w:w="100" w:type="dxa"/>
              <w:right w:w="130" w:type="dxa"/>
            </w:tcMar>
          </w:tcPr>
          <w:p w14:paraId="7846444E" w14:textId="77777777" w:rsidR="00E37CF9" w:rsidRDefault="00AB2259">
            <w:r>
              <w:rPr>
                <w:b/>
                <w:color w:val="1F4E78"/>
                <w:sz w:val="24"/>
              </w:rPr>
              <w:t>Task D – Model or prototype</w:t>
            </w:r>
          </w:p>
        </w:tc>
      </w:tr>
    </w:tbl>
    <w:p w14:paraId="29FD43D8" w14:textId="77777777" w:rsidR="00E37CF9" w:rsidRDefault="00E37CF9">
      <w:pPr>
        <w:spacing w:after="0"/>
      </w:pPr>
    </w:p>
    <w:p w14:paraId="74208989" w14:textId="77777777" w:rsidR="00E37CF9" w:rsidRDefault="00AB2259">
      <w:r>
        <w:t>Make a simple model of your final idea using card, paper, recycled packaging, foam board or another safe material available at home. The model can be full size or made to a stated scale.</w:t>
      </w:r>
    </w:p>
    <w:p w14:paraId="1F494555" w14:textId="77777777" w:rsidR="00E37CF9" w:rsidRDefault="00AB2259">
      <w:pPr>
        <w:spacing w:after="60"/>
        <w:ind w:left="288"/>
      </w:pPr>
      <w:r>
        <w:rPr>
          <w:b/>
        </w:rPr>
        <w:t>☐</w:t>
      </w:r>
      <w:r>
        <w:rPr>
          <w:b/>
        </w:rPr>
        <w:t xml:space="preserve"> </w:t>
      </w:r>
      <w:r>
        <w:t>Photograph the model from at least three angles.</w:t>
      </w:r>
    </w:p>
    <w:p w14:paraId="58F58B65" w14:textId="77777777" w:rsidR="00E37CF9" w:rsidRDefault="00AB2259">
      <w:pPr>
        <w:spacing w:after="60"/>
        <w:ind w:left="288"/>
      </w:pPr>
      <w:r>
        <w:rPr>
          <w:b/>
        </w:rPr>
        <w:t>☐</w:t>
      </w:r>
      <w:r>
        <w:rPr>
          <w:b/>
        </w:rPr>
        <w:t xml:space="preserve"> </w:t>
      </w:r>
      <w:r>
        <w:t>Test stability, proportion, access to the light source and the pattern of light/shadow.</w:t>
      </w:r>
    </w:p>
    <w:p w14:paraId="5EF18066" w14:textId="77777777" w:rsidR="00E37CF9" w:rsidRDefault="00AB2259">
      <w:pPr>
        <w:spacing w:after="60"/>
        <w:ind w:left="288"/>
      </w:pPr>
      <w:r>
        <w:rPr>
          <w:b/>
        </w:rPr>
        <w:t>☐</w:t>
      </w:r>
      <w:r>
        <w:rPr>
          <w:b/>
        </w:rPr>
        <w:t xml:space="preserve"> </w:t>
      </w:r>
      <w:r>
        <w:t>Record one strength, one weakness and one improvement.</w:t>
      </w:r>
    </w:p>
    <w:tbl>
      <w:tblPr>
        <w:tblW w:w="0" w:type="auto"/>
        <w:jc w:val="center"/>
        <w:tblLook w:val="04A0" w:firstRow="1" w:lastRow="0" w:firstColumn="1" w:lastColumn="0" w:noHBand="0" w:noVBand="1"/>
      </w:tblPr>
      <w:tblGrid>
        <w:gridCol w:w="10368"/>
      </w:tblGrid>
      <w:tr w:rsidR="00E37CF9" w14:paraId="7BFAD58B" w14:textId="77777777">
        <w:trPr>
          <w:cantSplit/>
          <w:jc w:val="center"/>
        </w:trPr>
        <w:tc>
          <w:tcPr>
            <w:tcW w:w="10368" w:type="dxa"/>
            <w:shd w:val="clear" w:color="auto" w:fill="D9EAF7"/>
            <w:tcMar>
              <w:top w:w="100" w:type="dxa"/>
              <w:left w:w="130" w:type="dxa"/>
              <w:bottom w:w="100" w:type="dxa"/>
              <w:right w:w="130" w:type="dxa"/>
            </w:tcMar>
          </w:tcPr>
          <w:p w14:paraId="71D7B9AB" w14:textId="77777777" w:rsidR="00E37CF9" w:rsidRDefault="00AB2259">
            <w:r>
              <w:rPr>
                <w:b/>
                <w:color w:val="1F4E78"/>
                <w:sz w:val="24"/>
              </w:rPr>
              <w:t>Task E – Final presentation</w:t>
            </w:r>
          </w:p>
        </w:tc>
      </w:tr>
    </w:tbl>
    <w:p w14:paraId="60DF4296" w14:textId="77777777" w:rsidR="00E37CF9" w:rsidRDefault="00E37CF9">
      <w:pPr>
        <w:spacing w:after="0"/>
      </w:pPr>
    </w:p>
    <w:p w14:paraId="700A4F87" w14:textId="77777777" w:rsidR="00E37CF9" w:rsidRDefault="00AB2259">
      <w:r>
        <w:t>Produce one final presentation page containing:</w:t>
      </w:r>
    </w:p>
    <w:p w14:paraId="5699E27B" w14:textId="77777777" w:rsidR="00E37CF9" w:rsidRDefault="00AB2259">
      <w:pPr>
        <w:pStyle w:val="ListBullet"/>
        <w:spacing w:after="40"/>
      </w:pPr>
      <w:r>
        <w:t>A refined 3D drawing of the final design.</w:t>
      </w:r>
    </w:p>
    <w:p w14:paraId="68926D03" w14:textId="77777777" w:rsidR="00E37CF9" w:rsidRDefault="00AB2259">
      <w:pPr>
        <w:pStyle w:val="ListBullet"/>
        <w:spacing w:after="40"/>
      </w:pPr>
      <w:r>
        <w:t>A front and side view with key dimensions.</w:t>
      </w:r>
    </w:p>
    <w:p w14:paraId="546CEE3F" w14:textId="77777777" w:rsidR="00E37CF9" w:rsidRDefault="00AB2259">
      <w:pPr>
        <w:pStyle w:val="ListBullet"/>
        <w:spacing w:after="40"/>
      </w:pPr>
      <w:r>
        <w:t>Material and manufacturing notes.</w:t>
      </w:r>
    </w:p>
    <w:p w14:paraId="71FCBEC6" w14:textId="77777777" w:rsidR="00E37CF9" w:rsidRDefault="00AB2259">
      <w:pPr>
        <w:pStyle w:val="ListBullet"/>
        <w:spacing w:after="40"/>
      </w:pPr>
      <w:r>
        <w:t>A short evaluation against at least four specification points.</w:t>
      </w:r>
    </w:p>
    <w:tbl>
      <w:tblPr>
        <w:tblW w:w="0" w:type="auto"/>
        <w:jc w:val="center"/>
        <w:tblLook w:val="04A0" w:firstRow="1" w:lastRow="0" w:firstColumn="1" w:lastColumn="0" w:noHBand="0" w:noVBand="1"/>
      </w:tblPr>
      <w:tblGrid>
        <w:gridCol w:w="10368"/>
      </w:tblGrid>
      <w:tr w:rsidR="00E37CF9" w14:paraId="29306FC2" w14:textId="77777777">
        <w:trPr>
          <w:cantSplit/>
          <w:jc w:val="center"/>
        </w:trPr>
        <w:tc>
          <w:tcPr>
            <w:tcW w:w="10368" w:type="dxa"/>
            <w:shd w:val="clear" w:color="auto" w:fill="D9EAF7"/>
            <w:tcMar>
              <w:top w:w="100" w:type="dxa"/>
              <w:left w:w="130" w:type="dxa"/>
              <w:bottom w:w="100" w:type="dxa"/>
              <w:right w:w="130" w:type="dxa"/>
            </w:tcMar>
          </w:tcPr>
          <w:p w14:paraId="082FB49C" w14:textId="77777777" w:rsidR="00E37CF9" w:rsidRDefault="00AB2259">
            <w:r>
              <w:rPr>
                <w:b/>
                <w:color w:val="1F4E78"/>
                <w:sz w:val="24"/>
              </w:rPr>
              <w:t>Submission checklist</w:t>
            </w:r>
          </w:p>
        </w:tc>
      </w:tr>
    </w:tbl>
    <w:p w14:paraId="423C29F6" w14:textId="77777777" w:rsidR="00E37CF9" w:rsidRDefault="00E37CF9">
      <w:pPr>
        <w:spacing w:after="0"/>
      </w:pPr>
    </w:p>
    <w:p w14:paraId="19229CF5" w14:textId="77777777" w:rsidR="00E37CF9" w:rsidRDefault="00AB2259">
      <w:pPr>
        <w:spacing w:after="60"/>
        <w:ind w:left="288"/>
      </w:pPr>
      <w:r>
        <w:rPr>
          <w:b/>
        </w:rPr>
        <w:t>☐</w:t>
      </w:r>
      <w:r>
        <w:rPr>
          <w:b/>
        </w:rPr>
        <w:t xml:space="preserve"> </w:t>
      </w:r>
      <w:r>
        <w:t>1 research page with analysis</w:t>
      </w:r>
    </w:p>
    <w:p w14:paraId="5FEC2DA2" w14:textId="77777777" w:rsidR="00E37CF9" w:rsidRDefault="00AB2259">
      <w:pPr>
        <w:spacing w:after="60"/>
        <w:ind w:left="288"/>
      </w:pPr>
      <w:r>
        <w:rPr>
          <w:b/>
        </w:rPr>
        <w:t>☐</w:t>
      </w:r>
      <w:r>
        <w:rPr>
          <w:b/>
        </w:rPr>
        <w:t xml:space="preserve"> </w:t>
      </w:r>
      <w:r>
        <w:t>User profile and six-point specification</w:t>
      </w:r>
    </w:p>
    <w:p w14:paraId="029F7666" w14:textId="77777777" w:rsidR="00E37CF9" w:rsidRDefault="00AB2259">
      <w:pPr>
        <w:spacing w:after="60"/>
        <w:ind w:left="288"/>
      </w:pPr>
      <w:r>
        <w:rPr>
          <w:b/>
        </w:rPr>
        <w:t>☐</w:t>
      </w:r>
      <w:r>
        <w:rPr>
          <w:b/>
        </w:rPr>
        <w:t xml:space="preserve"> </w:t>
      </w:r>
      <w:r>
        <w:t>Three initial ideas</w:t>
      </w:r>
    </w:p>
    <w:p w14:paraId="3A8DD2AA" w14:textId="77777777" w:rsidR="00E37CF9" w:rsidRDefault="00AB2259">
      <w:pPr>
        <w:spacing w:after="60"/>
        <w:ind w:left="288"/>
      </w:pPr>
      <w:r>
        <w:rPr>
          <w:b/>
        </w:rPr>
        <w:t>☐</w:t>
      </w:r>
      <w:r>
        <w:rPr>
          <w:b/>
        </w:rPr>
        <w:t xml:space="preserve"> </w:t>
      </w:r>
      <w:r>
        <w:t>Two stages of development</w:t>
      </w:r>
    </w:p>
    <w:p w14:paraId="6DD792A8" w14:textId="77777777" w:rsidR="00E37CF9" w:rsidRDefault="00AB2259">
      <w:pPr>
        <w:spacing w:after="60"/>
        <w:ind w:left="288"/>
      </w:pPr>
      <w:r>
        <w:rPr>
          <w:b/>
        </w:rPr>
        <w:t>☐</w:t>
      </w:r>
      <w:r>
        <w:rPr>
          <w:b/>
        </w:rPr>
        <w:t xml:space="preserve"> </w:t>
      </w:r>
      <w:r>
        <w:t>Model photographs and testing notes</w:t>
      </w:r>
    </w:p>
    <w:p w14:paraId="02223224" w14:textId="77777777" w:rsidR="00E37CF9" w:rsidRDefault="00AB2259">
      <w:pPr>
        <w:spacing w:after="60"/>
        <w:ind w:left="288"/>
      </w:pPr>
      <w:r>
        <w:rPr>
          <w:b/>
        </w:rPr>
        <w:t>☐</w:t>
      </w:r>
      <w:r>
        <w:rPr>
          <w:b/>
        </w:rPr>
        <w:t xml:space="preserve"> </w:t>
      </w:r>
      <w:r>
        <w:t>Final design page and evaluation</w:t>
      </w:r>
    </w:p>
    <w:tbl>
      <w:tblPr>
        <w:tblW w:w="0" w:type="auto"/>
        <w:jc w:val="center"/>
        <w:tblLook w:val="04A0" w:firstRow="1" w:lastRow="0" w:firstColumn="1" w:lastColumn="0" w:noHBand="0" w:noVBand="1"/>
      </w:tblPr>
      <w:tblGrid>
        <w:gridCol w:w="10368"/>
      </w:tblGrid>
      <w:tr w:rsidR="00E37CF9" w14:paraId="5C8BF64A" w14:textId="77777777">
        <w:trPr>
          <w:cantSplit/>
          <w:jc w:val="center"/>
        </w:trPr>
        <w:tc>
          <w:tcPr>
            <w:tcW w:w="10368" w:type="dxa"/>
            <w:shd w:val="clear" w:color="auto" w:fill="5B9BD5"/>
            <w:tcMar>
              <w:top w:w="100" w:type="dxa"/>
              <w:left w:w="120" w:type="dxa"/>
              <w:bottom w:w="80" w:type="dxa"/>
              <w:right w:w="120" w:type="dxa"/>
            </w:tcMar>
          </w:tcPr>
          <w:p w14:paraId="74EA5356" w14:textId="77777777" w:rsidR="00E37CF9" w:rsidRDefault="00AB2259">
            <w:r>
              <w:rPr>
                <w:b/>
                <w:color w:val="FFFFFF"/>
              </w:rPr>
              <w:t>Challenge</w:t>
            </w:r>
          </w:p>
        </w:tc>
      </w:tr>
      <w:tr w:rsidR="00E37CF9" w14:paraId="0C04FDF7" w14:textId="77777777">
        <w:trPr>
          <w:cantSplit/>
          <w:jc w:val="center"/>
        </w:trPr>
        <w:tc>
          <w:tcPr>
            <w:tcW w:w="10368" w:type="dxa"/>
            <w:shd w:val="clear" w:color="auto" w:fill="EAF2F8"/>
            <w:tcMar>
              <w:top w:w="120" w:type="dxa"/>
              <w:left w:w="120" w:type="dxa"/>
              <w:bottom w:w="120" w:type="dxa"/>
              <w:right w:w="120" w:type="dxa"/>
            </w:tcMar>
          </w:tcPr>
          <w:p w14:paraId="007462F5" w14:textId="77777777" w:rsidR="00E37CF9" w:rsidRDefault="00AB2259">
            <w:r>
              <w:t>Create a digital version of your final design using SketchUp, Fusion 360, Tinkercad or another CAD package. Include screenshots showing more than one view.</w:t>
            </w:r>
          </w:p>
        </w:tc>
      </w:tr>
    </w:tbl>
    <w:p w14:paraId="368F9F9C" w14:textId="77777777" w:rsidR="00E37CF9" w:rsidRDefault="00E37CF9">
      <w:pPr>
        <w:spacing w:after="0"/>
      </w:pPr>
    </w:p>
    <w:tbl>
      <w:tblPr>
        <w:tblW w:w="0" w:type="auto"/>
        <w:jc w:val="center"/>
        <w:tblLook w:val="04A0" w:firstRow="1" w:lastRow="0" w:firstColumn="1" w:lastColumn="0" w:noHBand="0" w:noVBand="1"/>
      </w:tblPr>
      <w:tblGrid>
        <w:gridCol w:w="10368"/>
      </w:tblGrid>
      <w:tr w:rsidR="00E37CF9" w14:paraId="55F16479" w14:textId="77777777">
        <w:trPr>
          <w:cantSplit/>
          <w:jc w:val="center"/>
        </w:trPr>
        <w:tc>
          <w:tcPr>
            <w:tcW w:w="10368" w:type="dxa"/>
            <w:shd w:val="clear" w:color="auto" w:fill="1F4E78"/>
            <w:tcMar>
              <w:top w:w="100" w:type="dxa"/>
              <w:left w:w="130" w:type="dxa"/>
              <w:bottom w:w="100" w:type="dxa"/>
              <w:right w:w="130" w:type="dxa"/>
            </w:tcMar>
          </w:tcPr>
          <w:p w14:paraId="3EEAEF76" w14:textId="77777777" w:rsidR="00E37CF9" w:rsidRDefault="00AB2259">
            <w:r>
              <w:rPr>
                <w:b/>
                <w:color w:val="FFFFFF"/>
                <w:sz w:val="32"/>
              </w:rPr>
              <w:lastRenderedPageBreak/>
              <w:t>Presentation and Submission Guidance</w:t>
            </w:r>
          </w:p>
        </w:tc>
      </w:tr>
    </w:tbl>
    <w:p w14:paraId="28A8514C" w14:textId="77777777" w:rsidR="00E37CF9" w:rsidRDefault="00E37CF9">
      <w:pPr>
        <w:spacing w:after="0"/>
      </w:pPr>
    </w:p>
    <w:p w14:paraId="5C439431" w14:textId="77777777" w:rsidR="00E37CF9" w:rsidRDefault="00AB2259">
      <w:pPr>
        <w:pStyle w:val="ListBullet"/>
        <w:spacing w:after="40"/>
      </w:pPr>
      <w:r>
        <w:t>Complete the work on plain or cartridge paper, in a sketchbook, or digitally on clearly organised A4/A3 pages.</w:t>
      </w:r>
    </w:p>
    <w:p w14:paraId="279915DC" w14:textId="77777777" w:rsidR="00E37CF9" w:rsidRDefault="00AB2259">
      <w:pPr>
        <w:pStyle w:val="ListBullet"/>
        <w:spacing w:after="40"/>
      </w:pPr>
      <w:r>
        <w:t>Put your name on every loose sheet and number the pages in order.</w:t>
      </w:r>
    </w:p>
    <w:p w14:paraId="36E86EA4" w14:textId="77777777" w:rsidR="00E37CF9" w:rsidRDefault="00AB2259">
      <w:pPr>
        <w:pStyle w:val="ListBullet"/>
        <w:spacing w:after="40"/>
      </w:pPr>
      <w:r>
        <w:t>Use your own words. Sources and images should be acknowledged.</w:t>
      </w:r>
    </w:p>
    <w:p w14:paraId="0DE95BA1" w14:textId="77777777" w:rsidR="00E37CF9" w:rsidRDefault="00AB2259">
      <w:pPr>
        <w:pStyle w:val="ListBullet"/>
        <w:spacing w:after="40"/>
      </w:pPr>
      <w:r>
        <w:t>Do not worry if specialist materials or software are unavailable. Strong drawing, modelling with simple materials and clear annotation are more important.</w:t>
      </w:r>
    </w:p>
    <w:p w14:paraId="4C6CDEFE" w14:textId="77777777" w:rsidR="00E37CF9" w:rsidRDefault="00AB2259">
      <w:pPr>
        <w:pStyle w:val="ListBullet"/>
        <w:spacing w:after="40"/>
      </w:pPr>
      <w:r>
        <w:t>Bring all work to your first 3D Design lesson in September.</w:t>
      </w:r>
    </w:p>
    <w:tbl>
      <w:tblPr>
        <w:tblW w:w="0" w:type="auto"/>
        <w:jc w:val="center"/>
        <w:tblLook w:val="04A0" w:firstRow="1" w:lastRow="0" w:firstColumn="1" w:lastColumn="0" w:noHBand="0" w:noVBand="1"/>
      </w:tblPr>
      <w:tblGrid>
        <w:gridCol w:w="10368"/>
      </w:tblGrid>
      <w:tr w:rsidR="00E37CF9" w14:paraId="0F982F9B" w14:textId="77777777">
        <w:trPr>
          <w:cantSplit/>
          <w:jc w:val="center"/>
        </w:trPr>
        <w:tc>
          <w:tcPr>
            <w:tcW w:w="10368" w:type="dxa"/>
            <w:shd w:val="clear" w:color="auto" w:fill="D9EAF7"/>
            <w:tcMar>
              <w:top w:w="100" w:type="dxa"/>
              <w:left w:w="130" w:type="dxa"/>
              <w:bottom w:w="100" w:type="dxa"/>
              <w:right w:w="130" w:type="dxa"/>
            </w:tcMar>
          </w:tcPr>
          <w:p w14:paraId="07B39643" w14:textId="77777777" w:rsidR="00E37CF9" w:rsidRDefault="00AB2259">
            <w:r>
              <w:rPr>
                <w:b/>
                <w:color w:val="1F4E78"/>
                <w:sz w:val="24"/>
              </w:rPr>
              <w:t>Teacher feedback</w:t>
            </w:r>
          </w:p>
        </w:tc>
      </w:tr>
    </w:tbl>
    <w:p w14:paraId="5C6707AD" w14:textId="77777777" w:rsidR="00E37CF9" w:rsidRDefault="00E37CF9">
      <w:pPr>
        <w:spacing w:after="0"/>
      </w:pPr>
    </w:p>
    <w:tbl>
      <w:tblPr>
        <w:tblStyle w:val="TableGrid"/>
        <w:tblW w:w="0" w:type="auto"/>
        <w:jc w:val="center"/>
        <w:tblLook w:val="04A0" w:firstRow="1" w:lastRow="0" w:firstColumn="1" w:lastColumn="0" w:noHBand="0" w:noVBand="1"/>
      </w:tblPr>
      <w:tblGrid>
        <w:gridCol w:w="5180"/>
        <w:gridCol w:w="5178"/>
      </w:tblGrid>
      <w:tr w:rsidR="00E37CF9" w14:paraId="5DE51A41" w14:textId="77777777">
        <w:trPr>
          <w:cantSplit/>
          <w:jc w:val="center"/>
        </w:trPr>
        <w:tc>
          <w:tcPr>
            <w:tcW w:w="5184" w:type="dxa"/>
            <w:shd w:val="clear" w:color="auto" w:fill="EAF2F8"/>
            <w:tcMar>
              <w:top w:w="100" w:type="dxa"/>
              <w:left w:w="100" w:type="dxa"/>
              <w:bottom w:w="220" w:type="dxa"/>
              <w:right w:w="100" w:type="dxa"/>
            </w:tcMar>
          </w:tcPr>
          <w:p w14:paraId="779E64CA" w14:textId="77777777" w:rsidR="00E37CF9" w:rsidRDefault="00AB2259">
            <w:r>
              <w:rPr>
                <w:b/>
              </w:rPr>
              <w:t>Completion</w:t>
            </w:r>
          </w:p>
        </w:tc>
        <w:tc>
          <w:tcPr>
            <w:tcW w:w="5184" w:type="dxa"/>
            <w:tcMar>
              <w:top w:w="100" w:type="dxa"/>
              <w:left w:w="100" w:type="dxa"/>
              <w:bottom w:w="220" w:type="dxa"/>
              <w:right w:w="100" w:type="dxa"/>
            </w:tcMar>
          </w:tcPr>
          <w:p w14:paraId="128D9DA2" w14:textId="77777777" w:rsidR="00E37CF9" w:rsidRDefault="00E37CF9"/>
        </w:tc>
      </w:tr>
      <w:tr w:rsidR="00E37CF9" w14:paraId="35B3CA4A" w14:textId="77777777">
        <w:trPr>
          <w:cantSplit/>
          <w:jc w:val="center"/>
        </w:trPr>
        <w:tc>
          <w:tcPr>
            <w:tcW w:w="5184" w:type="dxa"/>
            <w:shd w:val="clear" w:color="auto" w:fill="EAF2F8"/>
            <w:tcMar>
              <w:top w:w="100" w:type="dxa"/>
              <w:left w:w="100" w:type="dxa"/>
              <w:bottom w:w="220" w:type="dxa"/>
              <w:right w:w="100" w:type="dxa"/>
            </w:tcMar>
          </w:tcPr>
          <w:p w14:paraId="392D179D" w14:textId="77777777" w:rsidR="00E37CF9" w:rsidRDefault="00AB2259">
            <w:r>
              <w:rPr>
                <w:b/>
              </w:rPr>
              <w:t>Quality of research and analysis</w:t>
            </w:r>
          </w:p>
        </w:tc>
        <w:tc>
          <w:tcPr>
            <w:tcW w:w="5184" w:type="dxa"/>
            <w:tcMar>
              <w:top w:w="100" w:type="dxa"/>
              <w:left w:w="100" w:type="dxa"/>
              <w:bottom w:w="220" w:type="dxa"/>
              <w:right w:w="100" w:type="dxa"/>
            </w:tcMar>
          </w:tcPr>
          <w:p w14:paraId="11EFC05F" w14:textId="77777777" w:rsidR="00E37CF9" w:rsidRDefault="00E37CF9"/>
        </w:tc>
      </w:tr>
      <w:tr w:rsidR="00E37CF9" w14:paraId="33564AB7" w14:textId="77777777">
        <w:trPr>
          <w:cantSplit/>
          <w:jc w:val="center"/>
        </w:trPr>
        <w:tc>
          <w:tcPr>
            <w:tcW w:w="5184" w:type="dxa"/>
            <w:shd w:val="clear" w:color="auto" w:fill="EAF2F8"/>
            <w:tcMar>
              <w:top w:w="100" w:type="dxa"/>
              <w:left w:w="100" w:type="dxa"/>
              <w:bottom w:w="220" w:type="dxa"/>
              <w:right w:w="100" w:type="dxa"/>
            </w:tcMar>
          </w:tcPr>
          <w:p w14:paraId="4D644130" w14:textId="77777777" w:rsidR="00E37CF9" w:rsidRDefault="00AB2259">
            <w:r>
              <w:rPr>
                <w:b/>
              </w:rPr>
              <w:t>Ideas and development</w:t>
            </w:r>
          </w:p>
        </w:tc>
        <w:tc>
          <w:tcPr>
            <w:tcW w:w="5184" w:type="dxa"/>
            <w:tcMar>
              <w:top w:w="100" w:type="dxa"/>
              <w:left w:w="100" w:type="dxa"/>
              <w:bottom w:w="220" w:type="dxa"/>
              <w:right w:w="100" w:type="dxa"/>
            </w:tcMar>
          </w:tcPr>
          <w:p w14:paraId="1A25B325" w14:textId="77777777" w:rsidR="00E37CF9" w:rsidRDefault="00E37CF9"/>
        </w:tc>
      </w:tr>
      <w:tr w:rsidR="00E37CF9" w14:paraId="35413E2B" w14:textId="77777777">
        <w:trPr>
          <w:cantSplit/>
          <w:jc w:val="center"/>
        </w:trPr>
        <w:tc>
          <w:tcPr>
            <w:tcW w:w="5184" w:type="dxa"/>
            <w:shd w:val="clear" w:color="auto" w:fill="EAF2F8"/>
            <w:tcMar>
              <w:top w:w="100" w:type="dxa"/>
              <w:left w:w="100" w:type="dxa"/>
              <w:bottom w:w="220" w:type="dxa"/>
              <w:right w:w="100" w:type="dxa"/>
            </w:tcMar>
          </w:tcPr>
          <w:p w14:paraId="107D11C5" w14:textId="77777777" w:rsidR="00E37CF9" w:rsidRDefault="00AB2259">
            <w:r>
              <w:rPr>
                <w:b/>
              </w:rPr>
              <w:t>Technical presentation</w:t>
            </w:r>
          </w:p>
        </w:tc>
        <w:tc>
          <w:tcPr>
            <w:tcW w:w="5184" w:type="dxa"/>
            <w:tcMar>
              <w:top w:w="100" w:type="dxa"/>
              <w:left w:w="100" w:type="dxa"/>
              <w:bottom w:w="220" w:type="dxa"/>
              <w:right w:w="100" w:type="dxa"/>
            </w:tcMar>
          </w:tcPr>
          <w:p w14:paraId="291F6A64" w14:textId="77777777" w:rsidR="00E37CF9" w:rsidRDefault="00E37CF9"/>
        </w:tc>
      </w:tr>
      <w:tr w:rsidR="00E37CF9" w14:paraId="2455D615" w14:textId="77777777">
        <w:trPr>
          <w:cantSplit/>
          <w:jc w:val="center"/>
        </w:trPr>
        <w:tc>
          <w:tcPr>
            <w:tcW w:w="5184" w:type="dxa"/>
            <w:shd w:val="clear" w:color="auto" w:fill="EAF2F8"/>
            <w:tcMar>
              <w:top w:w="100" w:type="dxa"/>
              <w:left w:w="100" w:type="dxa"/>
              <w:bottom w:w="220" w:type="dxa"/>
              <w:right w:w="100" w:type="dxa"/>
            </w:tcMar>
          </w:tcPr>
          <w:p w14:paraId="22FAC82C" w14:textId="77777777" w:rsidR="00E37CF9" w:rsidRDefault="00AB2259">
            <w:r>
              <w:rPr>
                <w:b/>
              </w:rPr>
              <w:t>Next step</w:t>
            </w:r>
          </w:p>
        </w:tc>
        <w:tc>
          <w:tcPr>
            <w:tcW w:w="5184" w:type="dxa"/>
            <w:tcMar>
              <w:top w:w="100" w:type="dxa"/>
              <w:left w:w="100" w:type="dxa"/>
              <w:bottom w:w="220" w:type="dxa"/>
              <w:right w:w="100" w:type="dxa"/>
            </w:tcMar>
          </w:tcPr>
          <w:p w14:paraId="09DDFD94" w14:textId="77777777" w:rsidR="00E37CF9" w:rsidRDefault="00E37CF9"/>
        </w:tc>
      </w:tr>
    </w:tbl>
    <w:p w14:paraId="0C02A9C4" w14:textId="77777777" w:rsidR="00AB2259" w:rsidRDefault="00AB2259"/>
    <w:sectPr w:rsidR="00000000" w:rsidSect="00034616">
      <w:foot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0FA058" w14:textId="77777777" w:rsidR="00AB2259" w:rsidRDefault="00AB2259">
      <w:pPr>
        <w:spacing w:after="0" w:line="240" w:lineRule="auto"/>
      </w:pPr>
      <w:r>
        <w:separator/>
      </w:r>
    </w:p>
  </w:endnote>
  <w:endnote w:type="continuationSeparator" w:id="0">
    <w:p w14:paraId="2AE91811" w14:textId="77777777" w:rsidR="00AB2259" w:rsidRDefault="00AB22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1B7870" w14:textId="77777777" w:rsidR="00E37CF9" w:rsidRDefault="00AB2259">
    <w:pPr>
      <w:pStyle w:val="Footer"/>
      <w:jc w:val="center"/>
    </w:pPr>
    <w:r>
      <w:t xml:space="preserve">AQA GCSE 3D Design Transition </w:t>
    </w:r>
    <w:proofErr w:type="gramStart"/>
    <w:r>
      <w:t>Work  |</w:t>
    </w:r>
    <w:proofErr w:type="gramEnd"/>
    <w:r>
      <w:t xml:space="preserve">  </w:t>
    </w:r>
    <w:r>
      <w:fldChar w:fldCharType="begin"/>
    </w:r>
    <w:r>
      <w:instrText xml:space="preserve"> PAGE </w:instrText>
    </w:r>
    <w:r w:rsidR="009B00A8">
      <w:fldChar w:fldCharType="separate"/>
    </w:r>
    <w:r w:rsidR="009B00A8">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E1ED9" w14:textId="77777777" w:rsidR="00AB2259" w:rsidRDefault="00AB2259">
      <w:pPr>
        <w:spacing w:after="0" w:line="240" w:lineRule="auto"/>
      </w:pPr>
      <w:r>
        <w:separator/>
      </w:r>
    </w:p>
  </w:footnote>
  <w:footnote w:type="continuationSeparator" w:id="0">
    <w:p w14:paraId="648F039E" w14:textId="77777777" w:rsidR="00AB2259" w:rsidRDefault="00AB22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5998041">
    <w:abstractNumId w:val="8"/>
  </w:num>
  <w:num w:numId="2" w16cid:durableId="407654960">
    <w:abstractNumId w:val="6"/>
  </w:num>
  <w:num w:numId="3" w16cid:durableId="1992782405">
    <w:abstractNumId w:val="5"/>
  </w:num>
  <w:num w:numId="4" w16cid:durableId="1768962228">
    <w:abstractNumId w:val="4"/>
  </w:num>
  <w:num w:numId="5" w16cid:durableId="1490370077">
    <w:abstractNumId w:val="7"/>
  </w:num>
  <w:num w:numId="6" w16cid:durableId="1270163032">
    <w:abstractNumId w:val="3"/>
  </w:num>
  <w:num w:numId="7" w16cid:durableId="832797664">
    <w:abstractNumId w:val="2"/>
  </w:num>
  <w:num w:numId="8" w16cid:durableId="72314135">
    <w:abstractNumId w:val="1"/>
  </w:num>
  <w:num w:numId="9" w16cid:durableId="1194459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7438A"/>
    <w:rsid w:val="009B00A8"/>
    <w:rsid w:val="00AA1D8D"/>
    <w:rsid w:val="00AB2259"/>
    <w:rsid w:val="00B47730"/>
    <w:rsid w:val="00CB0664"/>
    <w:rsid w:val="00E37CF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143B27"/>
  <w14:defaultImageDpi w14:val="300"/>
  <w15:docId w15:val="{47A61081-7D53-4C2A-8157-7B4B8751C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F4E78"/>
      <w:sz w:val="34"/>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2F5496"/>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F4E78"/>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9750F47DE48D344AAB37F9BD5865A60" ma:contentTypeVersion="3" ma:contentTypeDescription="Create a new document." ma:contentTypeScope="" ma:versionID="1b241a4484963f771829fe6bf633b3fe">
  <xsd:schema xmlns:xsd="http://www.w3.org/2001/XMLSchema" xmlns:xs="http://www.w3.org/2001/XMLSchema" xmlns:p="http://schemas.microsoft.com/office/2006/metadata/properties" xmlns:ns2="5f404792-a5eb-49dd-8f6a-5824eac6611a" targetNamespace="http://schemas.microsoft.com/office/2006/metadata/properties" ma:root="true" ma:fieldsID="4fcf6419ee08a9e6dae858064dd5d222" ns2:_="">
    <xsd:import namespace="5f404792-a5eb-49dd-8f6a-5824eac6611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404792-a5eb-49dd-8f6a-5824eac661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C2F7B1E5-B7FE-492C-B53B-64C9B31DBB4B}"/>
</file>

<file path=customXml/itemProps3.xml><?xml version="1.0" encoding="utf-8"?>
<ds:datastoreItem xmlns:ds="http://schemas.openxmlformats.org/officeDocument/2006/customXml" ds:itemID="{64536999-8042-49D8-A3F4-64DA092A7681}"/>
</file>

<file path=customXml/itemProps4.xml><?xml version="1.0" encoding="utf-8"?>
<ds:datastoreItem xmlns:ds="http://schemas.openxmlformats.org/officeDocument/2006/customXml" ds:itemID="{0CB4B15A-260D-4D55-A763-4E84BA2764D2}"/>
</file>

<file path=docProps/app.xml><?xml version="1.0" encoding="utf-8"?>
<Properties xmlns="http://schemas.openxmlformats.org/officeDocument/2006/extended-properties" xmlns:vt="http://schemas.openxmlformats.org/officeDocument/2006/docPropsVTypes">
  <Template>Normal</Template>
  <TotalTime>0</TotalTime>
  <Pages>4</Pages>
  <Words>623</Words>
  <Characters>3554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AQA GCSE 3D Design Transition Work</vt:lpstr>
    </vt:vector>
  </TitlesOfParts>
  <Manager/>
  <Company/>
  <LinksUpToDate>false</LinksUpToDate>
  <CharactersWithSpaces>4169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AQA GCSE 3D Design Transition Work</dc:title>
  <dc:subject>Year 9 into Year 10 and Year 10 into Year 11 transition activities</dc:subject>
  <dc:creator>Head of Design Technology</dc:creator>
  <cp:keywords/>
  <dc:description>generated by python-docx</dc:description>
  <cp:lastModifiedBy>R.Gabbidon</cp:lastModifiedBy>
  <cp:revision>2</cp:revision>
  <dcterms:created xsi:type="dcterms:W3CDTF">2026-07-10T14:16:00Z</dcterms:created>
  <dcterms:modified xsi:type="dcterms:W3CDTF">2026-07-10T14:16:00Z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0x010100F9750F47DE48D344AAB37F9BD5865A60</vt:lpwstr>
  </property>
</Properties>
</file>