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080"/>
      </w:tblGrid>
      <w:tr w:rsidR="00037FC4" w14:paraId="680FC142" w14:textId="77777777">
        <w:trPr>
          <w:jc w:val="center"/>
        </w:trPr>
        <w:tc>
          <w:tcPr>
            <w:tcW w:w="10080" w:type="dxa"/>
            <w:shd w:val="clear" w:color="auto" w:fill="17365D"/>
          </w:tcPr>
          <w:p w:rsidR="00037FC4" w:rsidRDefault="004B3949" w14:paraId="41557449" w14:textId="77777777">
            <w:pPr>
              <w:jc w:val="center"/>
            </w:pPr>
            <w:r>
              <w:rPr>
                <w:b/>
                <w:color w:val="FFFFFF"/>
                <w:sz w:val="38"/>
              </w:rPr>
              <w:t>AQA GCSE ENGINEERING</w:t>
            </w:r>
          </w:p>
          <w:p w:rsidR="00037FC4" w:rsidRDefault="004B3949" w14:paraId="065AE4FF" w14:textId="77777777">
            <w:pPr>
              <w:jc w:val="center"/>
            </w:pPr>
            <w:r>
              <w:rPr>
                <w:color w:val="DCEBFA"/>
              </w:rPr>
              <w:t>YEAR 9 INTO YEAR 10 TRANSITION WORK</w:t>
            </w:r>
          </w:p>
        </w:tc>
      </w:tr>
    </w:tbl>
    <w:p w:rsidR="00037FC4" w:rsidRDefault="00037FC4" w14:paraId="3F75EAC7" w14:textId="77777777"/>
    <w:p w:rsidR="00037FC4" w:rsidRDefault="004B3949" w14:paraId="29BC9A0E" w14:textId="77777777">
      <w:pPr>
        <w:jc w:val="center"/>
      </w:pPr>
      <w:r>
        <w:rPr>
          <w:b/>
          <w:color w:val="2F75B5"/>
          <w:sz w:val="34"/>
        </w:rPr>
        <w:t>Engineering Design Challenge: Sustainable Desk Organiser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80"/>
        <w:gridCol w:w="5178"/>
      </w:tblGrid>
      <w:tr w:rsidR="00037FC4" w14:paraId="39093BEC" w14:textId="77777777">
        <w:trPr>
          <w:jc w:val="center"/>
        </w:trPr>
        <w:tc>
          <w:tcPr>
            <w:tcW w:w="5184" w:type="dxa"/>
            <w:shd w:val="clear" w:color="auto" w:fill="D9EAF7"/>
          </w:tcPr>
          <w:p w:rsidR="00037FC4" w:rsidRDefault="004B3949" w14:paraId="436EC2AF" w14:textId="77777777">
            <w:r>
              <w:rPr>
                <w:b/>
              </w:rPr>
              <w:t>Student name</w:t>
            </w:r>
          </w:p>
        </w:tc>
        <w:tc>
          <w:tcPr>
            <w:tcW w:w="5184" w:type="dxa"/>
          </w:tcPr>
          <w:p w:rsidR="00037FC4" w:rsidRDefault="00037FC4" w14:paraId="0B2F84E0" w14:textId="77777777"/>
        </w:tc>
      </w:tr>
      <w:tr w:rsidR="00037FC4" w14:paraId="42AC802C" w14:textId="77777777">
        <w:trPr>
          <w:jc w:val="center"/>
        </w:trPr>
        <w:tc>
          <w:tcPr>
            <w:tcW w:w="5184" w:type="dxa"/>
            <w:shd w:val="clear" w:color="auto" w:fill="D9EAF7"/>
          </w:tcPr>
          <w:p w:rsidR="00037FC4" w:rsidRDefault="004B3949" w14:paraId="324CAF91" w14:textId="77777777">
            <w:r>
              <w:rPr>
                <w:b/>
              </w:rPr>
              <w:t>Form</w:t>
            </w:r>
          </w:p>
        </w:tc>
        <w:tc>
          <w:tcPr>
            <w:tcW w:w="5184" w:type="dxa"/>
          </w:tcPr>
          <w:p w:rsidR="00037FC4" w:rsidRDefault="00037FC4" w14:paraId="42F8178E" w14:textId="77777777"/>
        </w:tc>
      </w:tr>
      <w:tr w:rsidR="00037FC4" w14:paraId="337F7BF2" w14:textId="77777777">
        <w:trPr>
          <w:jc w:val="center"/>
        </w:trPr>
        <w:tc>
          <w:tcPr>
            <w:tcW w:w="5184" w:type="dxa"/>
            <w:shd w:val="clear" w:color="auto" w:fill="D9EAF7"/>
          </w:tcPr>
          <w:p w:rsidR="00037FC4" w:rsidRDefault="004B3949" w14:paraId="6EBDECCD" w14:textId="77777777">
            <w:r>
              <w:rPr>
                <w:b/>
              </w:rPr>
              <w:t>Teacher</w:t>
            </w:r>
          </w:p>
        </w:tc>
        <w:tc>
          <w:tcPr>
            <w:tcW w:w="5184" w:type="dxa"/>
          </w:tcPr>
          <w:p w:rsidR="00037FC4" w:rsidRDefault="00037FC4" w14:paraId="073265FE" w14:textId="77777777"/>
        </w:tc>
      </w:tr>
      <w:tr w:rsidR="00037FC4" w14:paraId="61BE96D0" w14:textId="77777777">
        <w:trPr>
          <w:jc w:val="center"/>
        </w:trPr>
        <w:tc>
          <w:tcPr>
            <w:tcW w:w="5184" w:type="dxa"/>
            <w:shd w:val="clear" w:color="auto" w:fill="D9EAF7"/>
          </w:tcPr>
          <w:p w:rsidR="00037FC4" w:rsidRDefault="004B3949" w14:paraId="3CC2AF02" w14:textId="77777777">
            <w:r>
              <w:rPr>
                <w:b/>
              </w:rPr>
              <w:t>Date submitted</w:t>
            </w:r>
          </w:p>
        </w:tc>
        <w:tc>
          <w:tcPr>
            <w:tcW w:w="5184" w:type="dxa"/>
          </w:tcPr>
          <w:p w:rsidR="00037FC4" w:rsidRDefault="00037FC4" w14:paraId="13C0AD21" w14:textId="77777777"/>
        </w:tc>
      </w:tr>
    </w:tbl>
    <w:p w:rsidR="00037FC4" w:rsidRDefault="00037FC4" w14:paraId="67ACA2DF" w14:textId="77777777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080"/>
      </w:tblGrid>
      <w:tr w:rsidR="00037FC4" w14:paraId="11A97DD4" w14:textId="77777777">
        <w:trPr>
          <w:jc w:val="center"/>
        </w:trPr>
        <w:tc>
          <w:tcPr>
            <w:tcW w:w="10080" w:type="dxa"/>
            <w:shd w:val="clear" w:color="auto" w:fill="2F75B5"/>
          </w:tcPr>
          <w:p w:rsidR="00037FC4" w:rsidRDefault="004B3949" w14:paraId="64F121C5" w14:textId="77777777">
            <w:r>
              <w:rPr>
                <w:b/>
                <w:color w:val="FFFFFF"/>
              </w:rPr>
              <w:t>Purpose of this transition work</w:t>
            </w:r>
          </w:p>
        </w:tc>
      </w:tr>
      <w:tr w:rsidR="00037FC4" w14:paraId="554B5DC4" w14:textId="77777777">
        <w:trPr>
          <w:jc w:val="center"/>
        </w:trPr>
        <w:tc>
          <w:tcPr>
            <w:tcW w:w="10080" w:type="dxa"/>
            <w:shd w:val="clear" w:color="auto" w:fill="D9EAF7"/>
          </w:tcPr>
          <w:p w:rsidR="00037FC4" w:rsidRDefault="004B3949" w14:paraId="2E4CD9C6" w14:textId="77777777">
            <w:r>
              <w:t>This project will prepare you for the knowledge, drawing, problem-solving and design skills needed at the start of AQA GCSE Engineering. Complete every section carefully and present your work to a high standard.</w:t>
            </w:r>
          </w:p>
        </w:tc>
      </w:tr>
    </w:tbl>
    <w:p w:rsidR="00037FC4" w:rsidRDefault="00037FC4" w14:paraId="47590411" w14:textId="77777777"/>
    <w:p w:rsidR="00037FC4" w:rsidRDefault="004B3949" w14:paraId="3CFDCE2D" w14:textId="467C9673">
      <w:pPr>
        <w:pStyle w:val="Heading1"/>
      </w:pPr>
      <w:r w:rsidR="004B3949">
        <w:rPr/>
        <w:t xml:space="preserve">What you will </w:t>
      </w:r>
      <w:r w:rsidR="65EC9266">
        <w:rPr/>
        <w:t>practice</w:t>
      </w:r>
    </w:p>
    <w:p w:rsidR="00037FC4" w:rsidRDefault="004B3949" w14:paraId="6FDB718E" w14:textId="77777777">
      <w:pPr>
        <w:pStyle w:val="ListBullet"/>
        <w:spacing w:after="40"/>
      </w:pPr>
      <w:r>
        <w:t>☐</w:t>
      </w:r>
      <w:r>
        <w:t xml:space="preserve"> Understanding an engineering design brief</w:t>
      </w:r>
    </w:p>
    <w:p w:rsidR="00037FC4" w:rsidRDefault="004B3949" w14:paraId="50A0534A" w14:textId="77777777">
      <w:pPr>
        <w:pStyle w:val="ListBullet"/>
        <w:spacing w:after="40"/>
      </w:pPr>
      <w:r>
        <w:t>☐</w:t>
      </w:r>
      <w:r>
        <w:t xml:space="preserve"> Researching existing products and users</w:t>
      </w:r>
    </w:p>
    <w:p w:rsidR="00037FC4" w:rsidRDefault="004B3949" w14:paraId="31A81DB8" w14:textId="77777777">
      <w:pPr>
        <w:pStyle w:val="ListBullet"/>
        <w:spacing w:after="40"/>
      </w:pPr>
      <w:r>
        <w:t>☐</w:t>
      </w:r>
      <w:r>
        <w:t xml:space="preserve"> Writing a measurable design specification</w:t>
      </w:r>
    </w:p>
    <w:p w:rsidR="00037FC4" w:rsidRDefault="004B3949" w14:paraId="1988DB89" w14:textId="77777777">
      <w:pPr>
        <w:pStyle w:val="ListBullet"/>
        <w:spacing w:after="40"/>
      </w:pPr>
      <w:r>
        <w:t>☐</w:t>
      </w:r>
      <w:r>
        <w:t xml:space="preserve"> Producing annotated engineering design ideas</w:t>
      </w:r>
    </w:p>
    <w:p w:rsidR="00037FC4" w:rsidRDefault="004B3949" w14:paraId="325AD962" w14:textId="77777777">
      <w:pPr>
        <w:pStyle w:val="ListBullet"/>
        <w:spacing w:after="40"/>
      </w:pPr>
      <w:r>
        <w:t>☐</w:t>
      </w:r>
      <w:r>
        <w:t xml:space="preserve"> Selecting suitable materials and manufacturing processes</w:t>
      </w:r>
    </w:p>
    <w:p w:rsidR="00037FC4" w:rsidRDefault="004B3949" w14:paraId="62524A6F" w14:textId="77777777">
      <w:pPr>
        <w:pStyle w:val="ListBullet"/>
        <w:spacing w:after="40"/>
      </w:pPr>
      <w:r>
        <w:t>☐</w:t>
      </w:r>
      <w:r>
        <w:t xml:space="preserve"> Using technical drawing and basic engineering calculations</w:t>
      </w:r>
    </w:p>
    <w:p w:rsidR="00037FC4" w:rsidRDefault="004B3949" w14:paraId="09FE6942" w14:textId="77777777">
      <w:pPr>
        <w:pStyle w:val="ListBullet"/>
        <w:spacing w:after="40"/>
      </w:pPr>
      <w:r>
        <w:t>☐</w:t>
      </w:r>
      <w:r>
        <w:t xml:space="preserve"> Evaluating and improving a proposed solution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080"/>
      </w:tblGrid>
      <w:tr w:rsidR="00037FC4" w14:paraId="4E1CB5AB" w14:textId="77777777">
        <w:trPr>
          <w:jc w:val="center"/>
        </w:trPr>
        <w:tc>
          <w:tcPr>
            <w:tcW w:w="10080" w:type="dxa"/>
            <w:shd w:val="clear" w:color="auto" w:fill="2F75B5"/>
          </w:tcPr>
          <w:p w:rsidR="00037FC4" w:rsidRDefault="004B3949" w14:paraId="0018AFCB" w14:textId="77777777">
            <w:r>
              <w:rPr>
                <w:b/>
                <w:color w:val="FFFFFF"/>
              </w:rPr>
              <w:t>Expected time</w:t>
            </w:r>
          </w:p>
        </w:tc>
      </w:tr>
      <w:tr w:rsidR="00037FC4" w14:paraId="401EA53C" w14:textId="77777777">
        <w:trPr>
          <w:jc w:val="center"/>
        </w:trPr>
        <w:tc>
          <w:tcPr>
            <w:tcW w:w="10080" w:type="dxa"/>
            <w:shd w:val="clear" w:color="auto" w:fill="FFF2CC"/>
          </w:tcPr>
          <w:p w:rsidR="00037FC4" w:rsidRDefault="004B3949" w14:paraId="3E72406F" w14:textId="77777777">
            <w:r>
              <w:t>Approximately 4–6 hours. You may complete the work by hand or digitally. Bring the completed booklet to your first Engineering lesson.</w:t>
            </w:r>
          </w:p>
        </w:tc>
      </w:tr>
    </w:tbl>
    <w:p w:rsidR="00037FC4" w:rsidRDefault="00037FC4" w14:paraId="72B5D080" w14:textId="77777777"/>
    <w:p w:rsidR="00037FC4" w:rsidRDefault="004B3949" w14:paraId="440CB94F" w14:textId="77777777">
      <w:r>
        <w:br w:type="page"/>
      </w:r>
    </w:p>
    <w:p w:rsidR="00037FC4" w:rsidRDefault="004B3949" w14:paraId="372DDA73" w14:textId="77777777">
      <w:pPr>
        <w:pStyle w:val="Heading1"/>
      </w:pPr>
      <w:r>
        <w:t>1. The Engineering Design Brief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080"/>
      </w:tblGrid>
      <w:tr w:rsidR="00037FC4" w:rsidTr="04494CC7" w14:paraId="3E957068" w14:textId="77777777">
        <w:trPr>
          <w:jc w:val="center"/>
        </w:trPr>
        <w:tc>
          <w:tcPr>
            <w:tcW w:w="10080" w:type="dxa"/>
            <w:shd w:val="clear" w:color="auto" w:fill="2F75B5"/>
            <w:tcMar/>
          </w:tcPr>
          <w:p w:rsidR="00037FC4" w:rsidRDefault="004B3949" w14:paraId="752243F1" w14:textId="77777777">
            <w:r>
              <w:rPr>
                <w:b/>
                <w:color w:val="FFFFFF"/>
              </w:rPr>
              <w:t>Client brief</w:t>
            </w:r>
          </w:p>
        </w:tc>
      </w:tr>
      <w:tr w:rsidR="00037FC4" w:rsidTr="04494CC7" w14:paraId="356D979F" w14:textId="77777777">
        <w:trPr>
          <w:jc w:val="center"/>
        </w:trPr>
        <w:tc>
          <w:tcPr>
            <w:tcW w:w="10080" w:type="dxa"/>
            <w:shd w:val="clear" w:color="auto" w:fill="D9EAF7"/>
            <w:tcMar/>
          </w:tcPr>
          <w:p w:rsidR="00037FC4" w:rsidRDefault="004B3949" w14:paraId="0606295D" w14:textId="5154BE2E">
            <w:r w:rsidR="004B3949">
              <w:rPr/>
              <w:t xml:space="preserve">Design a compact, freestanding desk </w:t>
            </w:r>
            <w:r w:rsidR="004B3949">
              <w:rPr/>
              <w:t>organiser</w:t>
            </w:r>
            <w:r w:rsidR="004B3949">
              <w:rPr/>
              <w:t xml:space="preserve"> for a </w:t>
            </w:r>
            <w:r w:rsidR="701F6C98">
              <w:rPr/>
              <w:t>secondary school</w:t>
            </w:r>
            <w:r w:rsidR="004B3949">
              <w:rPr/>
              <w:t xml:space="preserve"> student. It must store at least three different items, be stable in </w:t>
            </w:r>
            <w:r w:rsidR="004B3949">
              <w:rPr/>
              <w:t>use</w:t>
            </w:r>
            <w:r w:rsidR="004B3949">
              <w:rPr/>
              <w:t xml:space="preserve"> and use materials efficiently. The product should be suitable for batch production in a school workshop or small manufacturing business.</w:t>
            </w:r>
          </w:p>
        </w:tc>
      </w:tr>
    </w:tbl>
    <w:p w:rsidR="00037FC4" w:rsidRDefault="00037FC4" w14:paraId="485E8980" w14:textId="77777777"/>
    <w:p w:rsidR="00037FC4" w:rsidRDefault="004B3949" w14:paraId="6DCDCC10" w14:textId="77777777">
      <w:pPr>
        <w:pStyle w:val="Heading2"/>
      </w:pPr>
      <w:r>
        <w:t>Design requirements</w:t>
      </w:r>
    </w:p>
    <w:p w:rsidR="00037FC4" w:rsidRDefault="004B3949" w14:paraId="0B1A767B" w14:textId="2638F2FF">
      <w:pPr>
        <w:pStyle w:val="ListBullet"/>
        <w:spacing w:after="40"/>
      </w:pPr>
      <w:r>
        <w:t xml:space="preserve"> Maximum overall size: 250 mm wide × 180 mm deep × 220 mm high</w:t>
      </w:r>
    </w:p>
    <w:p w:rsidR="00037FC4" w:rsidRDefault="004B3949" w14:paraId="113FF91F" w14:textId="71CEF9E0">
      <w:pPr>
        <w:pStyle w:val="ListBullet"/>
        <w:spacing w:after="40"/>
      </w:pPr>
      <w:r>
        <w:t xml:space="preserve"> Must hold at least three items, such as pens, a phone, notes, headphones or a ruler</w:t>
      </w:r>
    </w:p>
    <w:p w:rsidR="00037FC4" w:rsidRDefault="004B3949" w14:paraId="5E44C2B9" w14:textId="2C54ED07">
      <w:pPr>
        <w:pStyle w:val="ListBullet"/>
        <w:spacing w:after="40"/>
      </w:pPr>
      <w:r>
        <w:t xml:space="preserve"> Must be safe, stable and easy to use</w:t>
      </w:r>
    </w:p>
    <w:p w:rsidR="00037FC4" w:rsidRDefault="004B3949" w14:paraId="0EEF1059" w14:textId="5115F9B0">
      <w:pPr>
        <w:pStyle w:val="ListBullet"/>
        <w:spacing w:after="40"/>
      </w:pPr>
      <w:r>
        <w:t xml:space="preserve"> Must include at least two joined components</w:t>
      </w:r>
    </w:p>
    <w:p w:rsidR="00037FC4" w:rsidRDefault="004B3949" w14:paraId="0452D158" w14:textId="74DBFB20">
      <w:pPr>
        <w:pStyle w:val="ListBullet"/>
        <w:spacing w:after="40"/>
      </w:pPr>
      <w:r>
        <w:t xml:space="preserve">Should </w:t>
      </w:r>
      <w:proofErr w:type="spellStart"/>
      <w:r>
        <w:t>minimise</w:t>
      </w:r>
      <w:proofErr w:type="spellEnd"/>
      <w:r>
        <w:t xml:space="preserve"> material waste</w:t>
      </w:r>
    </w:p>
    <w:p w:rsidR="00037FC4" w:rsidRDefault="004B3949" w14:paraId="7835DA7B" w14:textId="363DF91B">
      <w:pPr>
        <w:pStyle w:val="ListBullet"/>
        <w:spacing w:after="40"/>
      </w:pPr>
      <w:r>
        <w:t>☐</w:t>
      </w:r>
      <w:r>
        <w:t>Should be suitable for manufacture using common workshop tools, CAD/CAM or both</w:t>
      </w:r>
    </w:p>
    <w:p w:rsidR="00037FC4" w:rsidRDefault="004B3949" w14:paraId="450BA5C2" w14:textId="77777777">
      <w:pPr>
        <w:pStyle w:val="Heading2"/>
      </w:pPr>
      <w:r>
        <w:t>Understanding the problem</w:t>
      </w:r>
    </w:p>
    <w:p w:rsidR="00037FC4" w:rsidRDefault="004B3949" w14:paraId="6AE2CDBA" w14:textId="77777777">
      <w:r>
        <w:rPr>
          <w:b/>
        </w:rPr>
        <w:t>Who is the intended user?</w:t>
      </w:r>
    </w:p>
    <w:p w:rsidR="00037FC4" w:rsidRDefault="004B3949" w14:paraId="19FB5900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A92155D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14A6BC0" w14:textId="77777777">
      <w:r>
        <w:rPr>
          <w:b/>
        </w:rPr>
        <w:t>What problems might they have with existing desk storage?</w:t>
      </w:r>
    </w:p>
    <w:p w:rsidR="00037FC4" w:rsidRDefault="004B3949" w14:paraId="0F146BDC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1D7A98DC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34703C5" w14:textId="77777777">
      <w:r>
        <w:rPr>
          <w:b/>
        </w:rPr>
        <w:t>Where will the product be used?</w:t>
      </w:r>
    </w:p>
    <w:p w:rsidR="00037FC4" w:rsidRDefault="004B3949" w14:paraId="566859DB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7C4C16BA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E10CB32" w14:textId="77777777">
      <w:r>
        <w:rPr>
          <w:b/>
        </w:rPr>
        <w:t>What are the most important engineering requirements?</w:t>
      </w:r>
    </w:p>
    <w:p w:rsidR="00037FC4" w:rsidRDefault="004B3949" w14:paraId="354FE6C0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5542652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184EF813" w14:textId="77777777">
      <w:r>
        <w:br w:type="page"/>
      </w:r>
    </w:p>
    <w:p w:rsidR="00037FC4" w:rsidRDefault="004B3949" w14:paraId="288FB40A" w14:textId="77777777">
      <w:pPr>
        <w:pStyle w:val="Heading2"/>
      </w:pPr>
      <w:r>
        <w:t>Key engineering vocabulary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53"/>
        <w:gridCol w:w="3453"/>
        <w:gridCol w:w="3452"/>
      </w:tblGrid>
      <w:tr w:rsidR="00037FC4" w14:paraId="46AC5D02" w14:textId="77777777">
        <w:trPr>
          <w:jc w:val="center"/>
        </w:trPr>
        <w:tc>
          <w:tcPr>
            <w:tcW w:w="3456" w:type="dxa"/>
            <w:shd w:val="clear" w:color="auto" w:fill="17365D"/>
          </w:tcPr>
          <w:p w:rsidR="00037FC4" w:rsidRDefault="004B3949" w14:paraId="2BFAB3E2" w14:textId="77777777">
            <w:r>
              <w:rPr>
                <w:b/>
                <w:color w:val="FFFFFF"/>
              </w:rPr>
              <w:t>Term</w:t>
            </w:r>
          </w:p>
        </w:tc>
        <w:tc>
          <w:tcPr>
            <w:tcW w:w="3456" w:type="dxa"/>
            <w:shd w:val="clear" w:color="auto" w:fill="17365D"/>
          </w:tcPr>
          <w:p w:rsidR="00037FC4" w:rsidRDefault="004B3949" w14:paraId="4BD3AD2F" w14:textId="77777777">
            <w:r>
              <w:rPr>
                <w:b/>
                <w:color w:val="FFFFFF"/>
              </w:rPr>
              <w:t>Meaning</w:t>
            </w:r>
          </w:p>
        </w:tc>
        <w:tc>
          <w:tcPr>
            <w:tcW w:w="3456" w:type="dxa"/>
            <w:shd w:val="clear" w:color="auto" w:fill="17365D"/>
          </w:tcPr>
          <w:p w:rsidR="00037FC4" w:rsidRDefault="004B3949" w14:paraId="12A7B3E0" w14:textId="77777777">
            <w:r>
              <w:rPr>
                <w:b/>
                <w:color w:val="FFFFFF"/>
              </w:rPr>
              <w:t>Example in this project</w:t>
            </w:r>
          </w:p>
        </w:tc>
      </w:tr>
      <w:tr w:rsidR="00037FC4" w14:paraId="6BA3992C" w14:textId="77777777">
        <w:trPr>
          <w:jc w:val="center"/>
        </w:trPr>
        <w:tc>
          <w:tcPr>
            <w:tcW w:w="3456" w:type="dxa"/>
          </w:tcPr>
          <w:p w:rsidR="00037FC4" w:rsidRDefault="004B3949" w14:paraId="5D78FE40" w14:textId="77777777">
            <w:r>
              <w:t>Function</w:t>
            </w:r>
          </w:p>
        </w:tc>
        <w:tc>
          <w:tcPr>
            <w:tcW w:w="3456" w:type="dxa"/>
          </w:tcPr>
          <w:p w:rsidR="00037FC4" w:rsidRDefault="004B3949" w14:paraId="05BEC601" w14:textId="77777777">
            <w:r>
              <w:t>What a product or component is designed to do</w:t>
            </w:r>
          </w:p>
        </w:tc>
        <w:tc>
          <w:tcPr>
            <w:tcW w:w="3456" w:type="dxa"/>
          </w:tcPr>
          <w:p w:rsidR="00037FC4" w:rsidRDefault="00037FC4" w14:paraId="02BEC54C" w14:textId="77777777"/>
        </w:tc>
      </w:tr>
      <w:tr w:rsidR="00037FC4" w14:paraId="0EBDD489" w14:textId="77777777">
        <w:trPr>
          <w:jc w:val="center"/>
        </w:trPr>
        <w:tc>
          <w:tcPr>
            <w:tcW w:w="3456" w:type="dxa"/>
          </w:tcPr>
          <w:p w:rsidR="00037FC4" w:rsidRDefault="004B3949" w14:paraId="7E381F66" w14:textId="77777777">
            <w:r>
              <w:t>Constraint</w:t>
            </w:r>
          </w:p>
        </w:tc>
        <w:tc>
          <w:tcPr>
            <w:tcW w:w="3456" w:type="dxa"/>
          </w:tcPr>
          <w:p w:rsidR="00037FC4" w:rsidRDefault="004B3949" w14:paraId="4A198AE8" w14:textId="77777777">
            <w:r>
              <w:t>A limit that the designer must work within</w:t>
            </w:r>
          </w:p>
        </w:tc>
        <w:tc>
          <w:tcPr>
            <w:tcW w:w="3456" w:type="dxa"/>
          </w:tcPr>
          <w:p w:rsidR="00037FC4" w:rsidRDefault="00037FC4" w14:paraId="50F2D40D" w14:textId="77777777"/>
        </w:tc>
      </w:tr>
      <w:tr w:rsidR="00037FC4" w14:paraId="41821AD1" w14:textId="77777777">
        <w:trPr>
          <w:jc w:val="center"/>
        </w:trPr>
        <w:tc>
          <w:tcPr>
            <w:tcW w:w="3456" w:type="dxa"/>
          </w:tcPr>
          <w:p w:rsidR="00037FC4" w:rsidRDefault="004B3949" w14:paraId="238F4F22" w14:textId="77777777">
            <w:r>
              <w:t>Specification</w:t>
            </w:r>
          </w:p>
        </w:tc>
        <w:tc>
          <w:tcPr>
            <w:tcW w:w="3456" w:type="dxa"/>
          </w:tcPr>
          <w:p w:rsidR="00037FC4" w:rsidRDefault="004B3949" w14:paraId="4BDB8A24" w14:textId="77777777">
            <w:r>
              <w:t>A list of measurable design requirements</w:t>
            </w:r>
          </w:p>
        </w:tc>
        <w:tc>
          <w:tcPr>
            <w:tcW w:w="3456" w:type="dxa"/>
          </w:tcPr>
          <w:p w:rsidR="00037FC4" w:rsidRDefault="00037FC4" w14:paraId="404F6929" w14:textId="77777777"/>
        </w:tc>
      </w:tr>
      <w:tr w:rsidR="00037FC4" w14:paraId="58B00258" w14:textId="77777777">
        <w:trPr>
          <w:jc w:val="center"/>
        </w:trPr>
        <w:tc>
          <w:tcPr>
            <w:tcW w:w="3456" w:type="dxa"/>
          </w:tcPr>
          <w:p w:rsidR="00037FC4" w:rsidRDefault="004B3949" w14:paraId="374BA45C" w14:textId="77777777">
            <w:r>
              <w:t>Prototype</w:t>
            </w:r>
          </w:p>
        </w:tc>
        <w:tc>
          <w:tcPr>
            <w:tcW w:w="3456" w:type="dxa"/>
          </w:tcPr>
          <w:p w:rsidR="00037FC4" w:rsidRDefault="004B3949" w14:paraId="6BED2E7E" w14:textId="77777777">
            <w:r>
              <w:t>A model used to test an idea</w:t>
            </w:r>
          </w:p>
        </w:tc>
        <w:tc>
          <w:tcPr>
            <w:tcW w:w="3456" w:type="dxa"/>
          </w:tcPr>
          <w:p w:rsidR="00037FC4" w:rsidRDefault="00037FC4" w14:paraId="051D8626" w14:textId="77777777"/>
        </w:tc>
      </w:tr>
      <w:tr w:rsidR="00037FC4" w14:paraId="52DAC2F5" w14:textId="77777777">
        <w:trPr>
          <w:jc w:val="center"/>
        </w:trPr>
        <w:tc>
          <w:tcPr>
            <w:tcW w:w="3456" w:type="dxa"/>
          </w:tcPr>
          <w:p w:rsidR="00037FC4" w:rsidRDefault="004B3949" w14:paraId="7356E00E" w14:textId="77777777">
            <w:r>
              <w:t>Tolerance</w:t>
            </w:r>
          </w:p>
        </w:tc>
        <w:tc>
          <w:tcPr>
            <w:tcW w:w="3456" w:type="dxa"/>
          </w:tcPr>
          <w:p w:rsidR="00037FC4" w:rsidRDefault="004B3949" w14:paraId="66DE5D1D" w14:textId="77777777">
            <w:r>
              <w:t>The acceptable variation from a stated size</w:t>
            </w:r>
          </w:p>
        </w:tc>
        <w:tc>
          <w:tcPr>
            <w:tcW w:w="3456" w:type="dxa"/>
          </w:tcPr>
          <w:p w:rsidR="00037FC4" w:rsidRDefault="00037FC4" w14:paraId="7BA70E41" w14:textId="77777777"/>
        </w:tc>
      </w:tr>
    </w:tbl>
    <w:p w:rsidR="00037FC4" w:rsidRDefault="004B3949" w14:paraId="2D7607D9" w14:textId="77777777">
      <w:pPr>
        <w:pStyle w:val="Heading1"/>
      </w:pPr>
      <w:r>
        <w:t>2. Product and User Research</w:t>
      </w:r>
    </w:p>
    <w:p w:rsidR="00037FC4" w:rsidRDefault="004B3949" w14:paraId="2417D751" w14:textId="77777777">
      <w:pPr>
        <w:pStyle w:val="Heading2"/>
      </w:pPr>
      <w:r>
        <w:t>Existing product analysis</w:t>
      </w:r>
    </w:p>
    <w:p w:rsidR="00037FC4" w:rsidRDefault="004B3949" w14:paraId="41ABFCD7" w14:textId="77777777">
      <w:r>
        <w:t>Find or sketch two existing desk organisers. Add an image or drawing of each product, then analyse them using ACCESSFM.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79"/>
        <w:gridCol w:w="5179"/>
      </w:tblGrid>
      <w:tr w:rsidR="00037FC4" w14:paraId="0A702ACB" w14:textId="77777777">
        <w:trPr>
          <w:jc w:val="center"/>
        </w:trPr>
        <w:tc>
          <w:tcPr>
            <w:tcW w:w="5184" w:type="dxa"/>
          </w:tcPr>
          <w:p w:rsidR="00037FC4" w:rsidRDefault="004B3949" w14:paraId="7E0FA9B4" w14:textId="77777777">
            <w:r>
              <w:t>PRODUCT 1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Paste image or draw here</w:t>
            </w:r>
          </w:p>
        </w:tc>
        <w:tc>
          <w:tcPr>
            <w:tcW w:w="5184" w:type="dxa"/>
          </w:tcPr>
          <w:p w:rsidR="00037FC4" w:rsidRDefault="004B3949" w14:paraId="39EE6A48" w14:textId="77777777">
            <w:r>
              <w:t>Aesthetics:</w:t>
            </w:r>
            <w:r>
              <w:br/>
            </w:r>
            <w:r>
              <w:br/>
            </w:r>
            <w:r>
              <w:t>Cost:</w:t>
            </w:r>
            <w:r>
              <w:br/>
            </w:r>
            <w:r>
              <w:br/>
            </w:r>
            <w:r>
              <w:t>Customer:</w:t>
            </w:r>
            <w:r>
              <w:br/>
            </w:r>
            <w:r>
              <w:br/>
            </w:r>
            <w:r>
              <w:t>Environment:</w:t>
            </w:r>
            <w:r>
              <w:br/>
            </w:r>
            <w:r>
              <w:br/>
            </w:r>
            <w:r>
              <w:t>Size:</w:t>
            </w:r>
            <w:r>
              <w:br/>
            </w:r>
            <w:r>
              <w:br/>
            </w:r>
            <w:r>
              <w:t>Safety:</w:t>
            </w:r>
            <w:r>
              <w:br/>
            </w:r>
            <w:r>
              <w:br/>
            </w:r>
            <w:r>
              <w:t>Function:</w:t>
            </w:r>
            <w:r>
              <w:br/>
            </w:r>
            <w:r>
              <w:br/>
            </w:r>
            <w:r>
              <w:t>Materials / manufacture:</w:t>
            </w:r>
          </w:p>
        </w:tc>
      </w:tr>
    </w:tbl>
    <w:p w:rsidR="00037FC4" w:rsidRDefault="00037FC4" w14:paraId="0C267109" w14:textId="77777777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79"/>
        <w:gridCol w:w="5179"/>
      </w:tblGrid>
      <w:tr w:rsidR="00037FC4" w14:paraId="14C2C480" w14:textId="77777777">
        <w:trPr>
          <w:jc w:val="center"/>
        </w:trPr>
        <w:tc>
          <w:tcPr>
            <w:tcW w:w="5184" w:type="dxa"/>
          </w:tcPr>
          <w:p w:rsidR="00037FC4" w:rsidRDefault="004B3949" w14:paraId="39CB1E18" w14:textId="77777777">
            <w:r>
              <w:t>PRODUCT 2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Paste image or draw here</w:t>
            </w:r>
          </w:p>
        </w:tc>
        <w:tc>
          <w:tcPr>
            <w:tcW w:w="5184" w:type="dxa"/>
          </w:tcPr>
          <w:p w:rsidR="00037FC4" w:rsidRDefault="004B3949" w14:paraId="404E3E8F" w14:textId="77777777">
            <w:r>
              <w:t>Aesthetics:</w:t>
            </w:r>
            <w:r>
              <w:br/>
            </w:r>
            <w:r>
              <w:br/>
            </w:r>
            <w:r>
              <w:t>Cost:</w:t>
            </w:r>
            <w:r>
              <w:br/>
            </w:r>
            <w:r>
              <w:br/>
            </w:r>
            <w:r>
              <w:t>Customer:</w:t>
            </w:r>
            <w:r>
              <w:br/>
            </w:r>
            <w:r>
              <w:br/>
            </w:r>
            <w:r>
              <w:t>Environment:</w:t>
            </w:r>
            <w:r>
              <w:br/>
            </w:r>
            <w:r>
              <w:br/>
            </w:r>
            <w:r>
              <w:t>Size:</w:t>
            </w:r>
            <w:r>
              <w:br/>
            </w:r>
            <w:r>
              <w:br/>
            </w:r>
            <w:r>
              <w:t>Safety:</w:t>
            </w:r>
            <w:r>
              <w:br/>
            </w:r>
            <w:r>
              <w:br/>
            </w:r>
            <w:r>
              <w:t>Function:</w:t>
            </w:r>
            <w:r>
              <w:br/>
            </w:r>
            <w:r>
              <w:br/>
            </w:r>
            <w:r>
              <w:t>Materials / manufacture:</w:t>
            </w:r>
          </w:p>
        </w:tc>
      </w:tr>
    </w:tbl>
    <w:p w:rsidR="00037FC4" w:rsidRDefault="00037FC4" w14:paraId="0EF92018" w14:textId="77777777"/>
    <w:p w:rsidR="00037FC4" w:rsidRDefault="004B3949" w14:paraId="0650F809" w14:textId="77777777">
      <w:pPr>
        <w:pStyle w:val="Heading2"/>
      </w:pPr>
      <w:r>
        <w:t>User profile</w:t>
      </w:r>
    </w:p>
    <w:p w:rsidR="00037FC4" w:rsidRDefault="004B3949" w14:paraId="6B483766" w14:textId="77777777">
      <w:r>
        <w:t>Create a short profile of the person you are designing for. Include age, needs, preferences and the objects they need to store.</w:t>
      </w:r>
    </w:p>
    <w:p w:rsidR="00037FC4" w:rsidRDefault="004B3949" w14:paraId="4C8244DB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C9868B0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DF50DB1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7D1B0C66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11B7A1BD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4CC48CBA" w14:textId="77777777">
      <w:pPr>
        <w:pStyle w:val="Heading2"/>
      </w:pPr>
      <w:r>
        <w:t>Research conclusion</w:t>
      </w:r>
    </w:p>
    <w:p w:rsidR="00037FC4" w:rsidRDefault="004B3949" w14:paraId="2B5796D6" w14:textId="77777777">
      <w:r>
        <w:t>State three things your research has taught you that will influence your design.</w:t>
      </w:r>
    </w:p>
    <w:p w:rsidR="00037FC4" w:rsidRDefault="004B3949" w14:paraId="5A424C5C" w14:textId="77777777">
      <w:r>
        <w:rPr>
          <w:b/>
        </w:rPr>
        <w:t xml:space="preserve">1. </w:t>
      </w:r>
      <w:r>
        <w:t>________________________________________________________________________</w:t>
      </w:r>
    </w:p>
    <w:p w:rsidR="00037FC4" w:rsidRDefault="004B3949" w14:paraId="3C783D3D" w14:textId="77777777">
      <w:r>
        <w:rPr>
          <w:b/>
        </w:rPr>
        <w:t xml:space="preserve">2. </w:t>
      </w:r>
      <w:r>
        <w:t>________________________________________________________________________</w:t>
      </w:r>
    </w:p>
    <w:p w:rsidR="00037FC4" w:rsidRDefault="004B3949" w14:paraId="6BD22280" w14:textId="77777777">
      <w:r>
        <w:rPr>
          <w:b/>
        </w:rPr>
        <w:t xml:space="preserve">3. </w:t>
      </w:r>
      <w:r>
        <w:t>________________________________________________________________________</w:t>
      </w:r>
    </w:p>
    <w:p w:rsidR="00037FC4" w:rsidRDefault="004B3949" w14:paraId="7782846E" w14:textId="77777777">
      <w:r>
        <w:br w:type="page"/>
      </w:r>
    </w:p>
    <w:p w:rsidR="00037FC4" w:rsidRDefault="004B3949" w14:paraId="651F5A95" w14:textId="77777777">
      <w:pPr>
        <w:pStyle w:val="Heading1"/>
      </w:pPr>
      <w:r>
        <w:t>3. Write a Design Specification</w:t>
      </w:r>
    </w:p>
    <w:p w:rsidR="00037FC4" w:rsidRDefault="004B3949" w14:paraId="7EE2F23F" w14:textId="77777777">
      <w:r>
        <w:t>Write clear, measurable requirements. Avoid vague statements such as “it should look good.” Explain how each point could be tested.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53"/>
        <w:gridCol w:w="3453"/>
        <w:gridCol w:w="3452"/>
      </w:tblGrid>
      <w:tr w:rsidR="00037FC4" w14:paraId="688409FC" w14:textId="77777777">
        <w:trPr>
          <w:jc w:val="center"/>
        </w:trPr>
        <w:tc>
          <w:tcPr>
            <w:tcW w:w="3456" w:type="dxa"/>
            <w:shd w:val="clear" w:color="auto" w:fill="17365D"/>
          </w:tcPr>
          <w:p w:rsidR="00037FC4" w:rsidRDefault="004B3949" w14:paraId="63745F35" w14:textId="77777777">
            <w:r>
              <w:rPr>
                <w:b/>
                <w:color w:val="FFFFFF"/>
              </w:rPr>
              <w:t>Category</w:t>
            </w:r>
          </w:p>
        </w:tc>
        <w:tc>
          <w:tcPr>
            <w:tcW w:w="3456" w:type="dxa"/>
            <w:shd w:val="clear" w:color="auto" w:fill="17365D"/>
          </w:tcPr>
          <w:p w:rsidR="00037FC4" w:rsidRDefault="004B3949" w14:paraId="02756C11" w14:textId="77777777">
            <w:r>
              <w:rPr>
                <w:b/>
                <w:color w:val="FFFFFF"/>
              </w:rPr>
              <w:t>Measurable specification point</w:t>
            </w:r>
          </w:p>
        </w:tc>
        <w:tc>
          <w:tcPr>
            <w:tcW w:w="3456" w:type="dxa"/>
            <w:shd w:val="clear" w:color="auto" w:fill="17365D"/>
          </w:tcPr>
          <w:p w:rsidR="00037FC4" w:rsidRDefault="004B3949" w14:paraId="6DBF8CA8" w14:textId="77777777">
            <w:r>
              <w:rPr>
                <w:b/>
                <w:color w:val="FFFFFF"/>
              </w:rPr>
              <w:t>How it will be tested</w:t>
            </w:r>
          </w:p>
        </w:tc>
      </w:tr>
      <w:tr w:rsidR="00037FC4" w14:paraId="3023949F" w14:textId="77777777">
        <w:trPr>
          <w:jc w:val="center"/>
        </w:trPr>
        <w:tc>
          <w:tcPr>
            <w:tcW w:w="3456" w:type="dxa"/>
          </w:tcPr>
          <w:p w:rsidR="00037FC4" w:rsidRDefault="004B3949" w14:paraId="2C7FEA2E" w14:textId="77777777">
            <w:r>
              <w:t>Function</w:t>
            </w:r>
          </w:p>
        </w:tc>
        <w:tc>
          <w:tcPr>
            <w:tcW w:w="3456" w:type="dxa"/>
          </w:tcPr>
          <w:p w:rsidR="00037FC4" w:rsidRDefault="00037FC4" w14:paraId="4247B430" w14:textId="77777777"/>
        </w:tc>
        <w:tc>
          <w:tcPr>
            <w:tcW w:w="3456" w:type="dxa"/>
          </w:tcPr>
          <w:p w:rsidR="00037FC4" w:rsidRDefault="00037FC4" w14:paraId="53D8683B" w14:textId="77777777"/>
        </w:tc>
      </w:tr>
      <w:tr w:rsidR="00037FC4" w14:paraId="02288C89" w14:textId="77777777">
        <w:trPr>
          <w:jc w:val="center"/>
        </w:trPr>
        <w:tc>
          <w:tcPr>
            <w:tcW w:w="3456" w:type="dxa"/>
          </w:tcPr>
          <w:p w:rsidR="00037FC4" w:rsidRDefault="004B3949" w14:paraId="600974E5" w14:textId="77777777">
            <w:r>
              <w:t>User</w:t>
            </w:r>
          </w:p>
        </w:tc>
        <w:tc>
          <w:tcPr>
            <w:tcW w:w="3456" w:type="dxa"/>
          </w:tcPr>
          <w:p w:rsidR="00037FC4" w:rsidRDefault="00037FC4" w14:paraId="65D66CED" w14:textId="77777777"/>
        </w:tc>
        <w:tc>
          <w:tcPr>
            <w:tcW w:w="3456" w:type="dxa"/>
          </w:tcPr>
          <w:p w:rsidR="00037FC4" w:rsidRDefault="00037FC4" w14:paraId="6E1DA3F9" w14:textId="77777777"/>
        </w:tc>
      </w:tr>
      <w:tr w:rsidR="00037FC4" w14:paraId="05E935F5" w14:textId="77777777">
        <w:trPr>
          <w:jc w:val="center"/>
        </w:trPr>
        <w:tc>
          <w:tcPr>
            <w:tcW w:w="3456" w:type="dxa"/>
          </w:tcPr>
          <w:p w:rsidR="00037FC4" w:rsidRDefault="004B3949" w14:paraId="68A407A8" w14:textId="77777777">
            <w:r>
              <w:t>Size</w:t>
            </w:r>
          </w:p>
        </w:tc>
        <w:tc>
          <w:tcPr>
            <w:tcW w:w="3456" w:type="dxa"/>
          </w:tcPr>
          <w:p w:rsidR="00037FC4" w:rsidRDefault="00037FC4" w14:paraId="77C6B875" w14:textId="77777777"/>
        </w:tc>
        <w:tc>
          <w:tcPr>
            <w:tcW w:w="3456" w:type="dxa"/>
          </w:tcPr>
          <w:p w:rsidR="00037FC4" w:rsidRDefault="00037FC4" w14:paraId="1D9F5E16" w14:textId="77777777"/>
        </w:tc>
      </w:tr>
      <w:tr w:rsidR="00037FC4" w14:paraId="1EF842D9" w14:textId="77777777">
        <w:trPr>
          <w:jc w:val="center"/>
        </w:trPr>
        <w:tc>
          <w:tcPr>
            <w:tcW w:w="3456" w:type="dxa"/>
          </w:tcPr>
          <w:p w:rsidR="00037FC4" w:rsidRDefault="004B3949" w14:paraId="5EC7A1D0" w14:textId="77777777">
            <w:r>
              <w:t>Safety</w:t>
            </w:r>
          </w:p>
        </w:tc>
        <w:tc>
          <w:tcPr>
            <w:tcW w:w="3456" w:type="dxa"/>
          </w:tcPr>
          <w:p w:rsidR="00037FC4" w:rsidRDefault="00037FC4" w14:paraId="2B97900A" w14:textId="77777777"/>
        </w:tc>
        <w:tc>
          <w:tcPr>
            <w:tcW w:w="3456" w:type="dxa"/>
          </w:tcPr>
          <w:p w:rsidR="00037FC4" w:rsidRDefault="00037FC4" w14:paraId="707DA38D" w14:textId="77777777"/>
        </w:tc>
      </w:tr>
      <w:tr w:rsidR="00037FC4" w14:paraId="5F22609E" w14:textId="77777777">
        <w:trPr>
          <w:jc w:val="center"/>
        </w:trPr>
        <w:tc>
          <w:tcPr>
            <w:tcW w:w="3456" w:type="dxa"/>
          </w:tcPr>
          <w:p w:rsidR="00037FC4" w:rsidRDefault="004B3949" w14:paraId="35294497" w14:textId="77777777">
            <w:r>
              <w:t>Materials</w:t>
            </w:r>
          </w:p>
        </w:tc>
        <w:tc>
          <w:tcPr>
            <w:tcW w:w="3456" w:type="dxa"/>
          </w:tcPr>
          <w:p w:rsidR="00037FC4" w:rsidRDefault="00037FC4" w14:paraId="0B3932D2" w14:textId="77777777"/>
        </w:tc>
        <w:tc>
          <w:tcPr>
            <w:tcW w:w="3456" w:type="dxa"/>
          </w:tcPr>
          <w:p w:rsidR="00037FC4" w:rsidRDefault="00037FC4" w14:paraId="2C5F4D39" w14:textId="77777777"/>
        </w:tc>
      </w:tr>
      <w:tr w:rsidR="00037FC4" w14:paraId="46488020" w14:textId="77777777">
        <w:trPr>
          <w:jc w:val="center"/>
        </w:trPr>
        <w:tc>
          <w:tcPr>
            <w:tcW w:w="3456" w:type="dxa"/>
          </w:tcPr>
          <w:p w:rsidR="00037FC4" w:rsidRDefault="004B3949" w14:paraId="44E1703B" w14:textId="77777777">
            <w:r>
              <w:t>Manufacture</w:t>
            </w:r>
          </w:p>
        </w:tc>
        <w:tc>
          <w:tcPr>
            <w:tcW w:w="3456" w:type="dxa"/>
          </w:tcPr>
          <w:p w:rsidR="00037FC4" w:rsidRDefault="00037FC4" w14:paraId="179B5151" w14:textId="77777777"/>
        </w:tc>
        <w:tc>
          <w:tcPr>
            <w:tcW w:w="3456" w:type="dxa"/>
          </w:tcPr>
          <w:p w:rsidR="00037FC4" w:rsidRDefault="00037FC4" w14:paraId="3C8B47A6" w14:textId="77777777"/>
        </w:tc>
      </w:tr>
      <w:tr w:rsidR="00037FC4" w14:paraId="2222872F" w14:textId="77777777">
        <w:trPr>
          <w:jc w:val="center"/>
        </w:trPr>
        <w:tc>
          <w:tcPr>
            <w:tcW w:w="3456" w:type="dxa"/>
          </w:tcPr>
          <w:p w:rsidR="00037FC4" w:rsidRDefault="004B3949" w14:paraId="666816C7" w14:textId="77777777">
            <w:r>
              <w:t>Environment</w:t>
            </w:r>
          </w:p>
        </w:tc>
        <w:tc>
          <w:tcPr>
            <w:tcW w:w="3456" w:type="dxa"/>
          </w:tcPr>
          <w:p w:rsidR="00037FC4" w:rsidRDefault="00037FC4" w14:paraId="423EB140" w14:textId="77777777"/>
        </w:tc>
        <w:tc>
          <w:tcPr>
            <w:tcW w:w="3456" w:type="dxa"/>
          </w:tcPr>
          <w:p w:rsidR="00037FC4" w:rsidRDefault="00037FC4" w14:paraId="7A22BFBC" w14:textId="77777777"/>
        </w:tc>
      </w:tr>
      <w:tr w:rsidR="00037FC4" w14:paraId="368A943D" w14:textId="77777777">
        <w:trPr>
          <w:jc w:val="center"/>
        </w:trPr>
        <w:tc>
          <w:tcPr>
            <w:tcW w:w="3456" w:type="dxa"/>
          </w:tcPr>
          <w:p w:rsidR="00037FC4" w:rsidRDefault="004B3949" w14:paraId="21A8E187" w14:textId="77777777">
            <w:r>
              <w:t>Aesthetics</w:t>
            </w:r>
          </w:p>
        </w:tc>
        <w:tc>
          <w:tcPr>
            <w:tcW w:w="3456" w:type="dxa"/>
          </w:tcPr>
          <w:p w:rsidR="00037FC4" w:rsidRDefault="00037FC4" w14:paraId="66E0CE82" w14:textId="77777777"/>
        </w:tc>
        <w:tc>
          <w:tcPr>
            <w:tcW w:w="3456" w:type="dxa"/>
          </w:tcPr>
          <w:p w:rsidR="00037FC4" w:rsidRDefault="00037FC4" w14:paraId="595F4298" w14:textId="77777777"/>
        </w:tc>
      </w:tr>
    </w:tbl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080"/>
      </w:tblGrid>
      <w:tr w:rsidR="00037FC4" w14:paraId="454BBA9A" w14:textId="77777777">
        <w:trPr>
          <w:jc w:val="center"/>
        </w:trPr>
        <w:tc>
          <w:tcPr>
            <w:tcW w:w="10080" w:type="dxa"/>
            <w:shd w:val="clear" w:color="auto" w:fill="2F75B5"/>
          </w:tcPr>
          <w:p w:rsidR="00037FC4" w:rsidRDefault="004B3949" w14:paraId="7D65CBE3" w14:textId="77777777">
            <w:r>
              <w:rPr>
                <w:b/>
                <w:color w:val="FFFFFF"/>
              </w:rPr>
              <w:t>Strong example</w:t>
            </w:r>
          </w:p>
        </w:tc>
      </w:tr>
      <w:tr w:rsidR="00037FC4" w14:paraId="6219201B" w14:textId="77777777">
        <w:trPr>
          <w:jc w:val="center"/>
        </w:trPr>
        <w:tc>
          <w:tcPr>
            <w:tcW w:w="10080" w:type="dxa"/>
            <w:shd w:val="clear" w:color="auto" w:fill="E2F0D9"/>
          </w:tcPr>
          <w:p w:rsidR="00037FC4" w:rsidRDefault="004B3949" w14:paraId="05427898" w14:textId="77777777">
            <w:r>
              <w:t>The organiser must remain stable when a 500 g load is placed in the phone compartment and must not tip when pushed lightly from the front.</w:t>
            </w:r>
          </w:p>
        </w:tc>
      </w:tr>
    </w:tbl>
    <w:p w:rsidR="00037FC4" w:rsidRDefault="00037FC4" w14:paraId="78F1912F" w14:textId="77777777"/>
    <w:p w:rsidR="00037FC4" w:rsidRDefault="004B3949" w14:paraId="665BAF0F" w14:textId="77777777">
      <w:pPr>
        <w:pStyle w:val="Heading2"/>
      </w:pPr>
      <w:r>
        <w:t>Priority requirements</w:t>
      </w:r>
    </w:p>
    <w:p w:rsidR="00037FC4" w:rsidRDefault="004B3949" w14:paraId="6657BD5F" w14:textId="77777777">
      <w:r>
        <w:t>Select the three most important points from your specification and explain why they are priorities.</w:t>
      </w:r>
    </w:p>
    <w:p w:rsidR="00037FC4" w:rsidRDefault="004B3949" w14:paraId="4F08C711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1EC9C40D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D72D747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79B98D3D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E6C642E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7F4C1ED6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2647E7B0" w14:textId="77777777">
      <w:r>
        <w:br w:type="page"/>
      </w:r>
    </w:p>
    <w:p w:rsidR="00037FC4" w:rsidRDefault="004B3949" w14:paraId="2F900CCD" w14:textId="77777777">
      <w:pPr>
        <w:pStyle w:val="Heading1"/>
      </w:pPr>
      <w:r>
        <w:t>4. Materials and Manufacturing Knowledge</w:t>
      </w:r>
    </w:p>
    <w:p w:rsidR="00037FC4" w:rsidRDefault="004B3949" w14:paraId="4447E159" w14:textId="77777777">
      <w:pPr>
        <w:pStyle w:val="Heading2"/>
      </w:pPr>
      <w:r>
        <w:t>Material selection</w:t>
      </w:r>
    </w:p>
    <w:p w:rsidR="00037FC4" w:rsidRDefault="004B3949" w14:paraId="149CFB1C" w14:textId="77777777">
      <w:r>
        <w:t>Compare the materials below. Then select the most suitable material or combination of materials for your design.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1"/>
        <w:gridCol w:w="2071"/>
        <w:gridCol w:w="2072"/>
        <w:gridCol w:w="2072"/>
        <w:gridCol w:w="2072"/>
      </w:tblGrid>
      <w:tr w:rsidR="00037FC4" w14:paraId="64C98E45" w14:textId="77777777">
        <w:trPr>
          <w:jc w:val="center"/>
        </w:trPr>
        <w:tc>
          <w:tcPr>
            <w:tcW w:w="2074" w:type="dxa"/>
            <w:shd w:val="clear" w:color="auto" w:fill="17365D"/>
          </w:tcPr>
          <w:p w:rsidR="00037FC4" w:rsidRDefault="004B3949" w14:paraId="655A2A9A" w14:textId="77777777">
            <w:r>
              <w:rPr>
                <w:b/>
                <w:color w:val="FFFFFF"/>
              </w:rPr>
              <w:t>Material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4F213015" w14:textId="77777777">
            <w:r>
              <w:rPr>
                <w:b/>
                <w:color w:val="FFFFFF"/>
              </w:rPr>
              <w:t>Useful properties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473E832D" w14:textId="77777777">
            <w:r>
              <w:rPr>
                <w:b/>
                <w:color w:val="FFFFFF"/>
              </w:rPr>
              <w:t>Limitations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443B1E41" w14:textId="77777777">
            <w:r>
              <w:rPr>
                <w:b/>
                <w:color w:val="FFFFFF"/>
              </w:rPr>
              <w:t>Suitable processes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2B047357" w14:textId="77777777">
            <w:r>
              <w:rPr>
                <w:b/>
                <w:color w:val="FFFFFF"/>
              </w:rPr>
              <w:t>Use in organiser?</w:t>
            </w:r>
          </w:p>
        </w:tc>
      </w:tr>
      <w:tr w:rsidR="00037FC4" w14:paraId="7CC1134D" w14:textId="77777777">
        <w:trPr>
          <w:jc w:val="center"/>
        </w:trPr>
        <w:tc>
          <w:tcPr>
            <w:tcW w:w="2074" w:type="dxa"/>
          </w:tcPr>
          <w:p w:rsidR="00037FC4" w:rsidRDefault="004B3949" w14:paraId="2363D9B7" w14:textId="77777777">
            <w:r>
              <w:t>Plywood</w:t>
            </w:r>
          </w:p>
        </w:tc>
        <w:tc>
          <w:tcPr>
            <w:tcW w:w="2074" w:type="dxa"/>
          </w:tcPr>
          <w:p w:rsidR="00037FC4" w:rsidRDefault="00037FC4" w14:paraId="48A4037E" w14:textId="77777777"/>
        </w:tc>
        <w:tc>
          <w:tcPr>
            <w:tcW w:w="2074" w:type="dxa"/>
          </w:tcPr>
          <w:p w:rsidR="00037FC4" w:rsidRDefault="00037FC4" w14:paraId="5726D396" w14:textId="77777777"/>
        </w:tc>
        <w:tc>
          <w:tcPr>
            <w:tcW w:w="2074" w:type="dxa"/>
          </w:tcPr>
          <w:p w:rsidR="00037FC4" w:rsidRDefault="00037FC4" w14:paraId="07900108" w14:textId="77777777"/>
        </w:tc>
        <w:tc>
          <w:tcPr>
            <w:tcW w:w="2074" w:type="dxa"/>
          </w:tcPr>
          <w:p w:rsidR="00037FC4" w:rsidRDefault="00037FC4" w14:paraId="3A8433B9" w14:textId="77777777"/>
        </w:tc>
      </w:tr>
      <w:tr w:rsidR="00037FC4" w14:paraId="12C8D0FC" w14:textId="77777777">
        <w:trPr>
          <w:jc w:val="center"/>
        </w:trPr>
        <w:tc>
          <w:tcPr>
            <w:tcW w:w="2074" w:type="dxa"/>
          </w:tcPr>
          <w:p w:rsidR="00037FC4" w:rsidRDefault="004B3949" w14:paraId="160E5BAC" w14:textId="77777777">
            <w:r>
              <w:t>MDF</w:t>
            </w:r>
          </w:p>
        </w:tc>
        <w:tc>
          <w:tcPr>
            <w:tcW w:w="2074" w:type="dxa"/>
          </w:tcPr>
          <w:p w:rsidR="00037FC4" w:rsidRDefault="00037FC4" w14:paraId="3FDFA223" w14:textId="77777777"/>
        </w:tc>
        <w:tc>
          <w:tcPr>
            <w:tcW w:w="2074" w:type="dxa"/>
          </w:tcPr>
          <w:p w:rsidR="00037FC4" w:rsidRDefault="00037FC4" w14:paraId="015BEB97" w14:textId="77777777"/>
        </w:tc>
        <w:tc>
          <w:tcPr>
            <w:tcW w:w="2074" w:type="dxa"/>
          </w:tcPr>
          <w:p w:rsidR="00037FC4" w:rsidRDefault="00037FC4" w14:paraId="3E69AF49" w14:textId="77777777"/>
        </w:tc>
        <w:tc>
          <w:tcPr>
            <w:tcW w:w="2074" w:type="dxa"/>
          </w:tcPr>
          <w:p w:rsidR="00037FC4" w:rsidRDefault="00037FC4" w14:paraId="77765C88" w14:textId="77777777"/>
        </w:tc>
      </w:tr>
      <w:tr w:rsidR="00037FC4" w14:paraId="6D2FA36E" w14:textId="77777777">
        <w:trPr>
          <w:jc w:val="center"/>
        </w:trPr>
        <w:tc>
          <w:tcPr>
            <w:tcW w:w="2074" w:type="dxa"/>
          </w:tcPr>
          <w:p w:rsidR="00037FC4" w:rsidRDefault="004B3949" w14:paraId="3D060586" w14:textId="77777777">
            <w:r>
              <w:t>Acrylic</w:t>
            </w:r>
          </w:p>
        </w:tc>
        <w:tc>
          <w:tcPr>
            <w:tcW w:w="2074" w:type="dxa"/>
          </w:tcPr>
          <w:p w:rsidR="00037FC4" w:rsidRDefault="00037FC4" w14:paraId="2B0EC571" w14:textId="77777777"/>
        </w:tc>
        <w:tc>
          <w:tcPr>
            <w:tcW w:w="2074" w:type="dxa"/>
          </w:tcPr>
          <w:p w:rsidR="00037FC4" w:rsidRDefault="00037FC4" w14:paraId="70B938C5" w14:textId="77777777"/>
        </w:tc>
        <w:tc>
          <w:tcPr>
            <w:tcW w:w="2074" w:type="dxa"/>
          </w:tcPr>
          <w:p w:rsidR="00037FC4" w:rsidRDefault="00037FC4" w14:paraId="0CC3CAAA" w14:textId="77777777"/>
        </w:tc>
        <w:tc>
          <w:tcPr>
            <w:tcW w:w="2074" w:type="dxa"/>
          </w:tcPr>
          <w:p w:rsidR="00037FC4" w:rsidRDefault="00037FC4" w14:paraId="4E42A137" w14:textId="77777777"/>
        </w:tc>
      </w:tr>
      <w:tr w:rsidR="00037FC4" w14:paraId="6EEC663D" w14:textId="77777777">
        <w:trPr>
          <w:jc w:val="center"/>
        </w:trPr>
        <w:tc>
          <w:tcPr>
            <w:tcW w:w="2074" w:type="dxa"/>
          </w:tcPr>
          <w:p w:rsidR="00037FC4" w:rsidRDefault="004B3949" w14:paraId="579D94BE" w14:textId="77777777">
            <w:r>
              <w:t>Aluminium</w:t>
            </w:r>
          </w:p>
        </w:tc>
        <w:tc>
          <w:tcPr>
            <w:tcW w:w="2074" w:type="dxa"/>
          </w:tcPr>
          <w:p w:rsidR="00037FC4" w:rsidRDefault="00037FC4" w14:paraId="53601883" w14:textId="77777777"/>
        </w:tc>
        <w:tc>
          <w:tcPr>
            <w:tcW w:w="2074" w:type="dxa"/>
          </w:tcPr>
          <w:p w:rsidR="00037FC4" w:rsidRDefault="00037FC4" w14:paraId="28992B1D" w14:textId="77777777"/>
        </w:tc>
        <w:tc>
          <w:tcPr>
            <w:tcW w:w="2074" w:type="dxa"/>
          </w:tcPr>
          <w:p w:rsidR="00037FC4" w:rsidRDefault="00037FC4" w14:paraId="1717C2FE" w14:textId="77777777"/>
        </w:tc>
        <w:tc>
          <w:tcPr>
            <w:tcW w:w="2074" w:type="dxa"/>
          </w:tcPr>
          <w:p w:rsidR="00037FC4" w:rsidRDefault="00037FC4" w14:paraId="05A03A62" w14:textId="77777777"/>
        </w:tc>
      </w:tr>
      <w:tr w:rsidR="00037FC4" w14:paraId="22F4D2B6" w14:textId="77777777">
        <w:trPr>
          <w:jc w:val="center"/>
        </w:trPr>
        <w:tc>
          <w:tcPr>
            <w:tcW w:w="2074" w:type="dxa"/>
          </w:tcPr>
          <w:p w:rsidR="00037FC4" w:rsidRDefault="004B3949" w14:paraId="7E1B2B8A" w14:textId="77777777">
            <w:r>
              <w:t>Recycled card</w:t>
            </w:r>
          </w:p>
        </w:tc>
        <w:tc>
          <w:tcPr>
            <w:tcW w:w="2074" w:type="dxa"/>
          </w:tcPr>
          <w:p w:rsidR="00037FC4" w:rsidRDefault="00037FC4" w14:paraId="73625739" w14:textId="77777777"/>
        </w:tc>
        <w:tc>
          <w:tcPr>
            <w:tcW w:w="2074" w:type="dxa"/>
          </w:tcPr>
          <w:p w:rsidR="00037FC4" w:rsidRDefault="00037FC4" w14:paraId="1EB91CEC" w14:textId="77777777"/>
        </w:tc>
        <w:tc>
          <w:tcPr>
            <w:tcW w:w="2074" w:type="dxa"/>
          </w:tcPr>
          <w:p w:rsidR="00037FC4" w:rsidRDefault="00037FC4" w14:paraId="3E973CE9" w14:textId="77777777"/>
        </w:tc>
        <w:tc>
          <w:tcPr>
            <w:tcW w:w="2074" w:type="dxa"/>
          </w:tcPr>
          <w:p w:rsidR="00037FC4" w:rsidRDefault="00037FC4" w14:paraId="4B0892CE" w14:textId="77777777"/>
        </w:tc>
      </w:tr>
    </w:tbl>
    <w:p w:rsidR="00037FC4" w:rsidRDefault="004B3949" w14:paraId="25445CD9" w14:textId="77777777">
      <w:pPr>
        <w:pStyle w:val="Heading2"/>
      </w:pPr>
      <w:r>
        <w:t>Manufacturing processes</w:t>
      </w:r>
    </w:p>
    <w:p w:rsidR="00037FC4" w:rsidRDefault="004B3949" w14:paraId="4AAAA44F" w14:textId="77777777">
      <w:r>
        <w:t>Match each process to a suitable use in the project.</w:t>
      </w:r>
    </w:p>
    <w:p w:rsidR="00037FC4" w:rsidRDefault="004B3949" w14:paraId="0F6E3C60" w14:textId="77777777">
      <w:r>
        <w:rPr>
          <w:b/>
        </w:rPr>
        <w:t xml:space="preserve">Laser cutting: </w:t>
      </w:r>
      <w:r>
        <w:t>____________________________________________________________</w:t>
      </w:r>
    </w:p>
    <w:p w:rsidR="00037FC4" w:rsidRDefault="004B3949" w14:paraId="130EE1E7" w14:textId="77777777">
      <w:r>
        <w:rPr>
          <w:b/>
        </w:rPr>
        <w:t xml:space="preserve">Line bending: </w:t>
      </w:r>
      <w:r>
        <w:t>____________________________________________________________</w:t>
      </w:r>
    </w:p>
    <w:p w:rsidR="00037FC4" w:rsidRDefault="004B3949" w14:paraId="3CFD2925" w14:textId="77777777">
      <w:r>
        <w:rPr>
          <w:b/>
        </w:rPr>
        <w:t xml:space="preserve">Drilling: </w:t>
      </w:r>
      <w:r>
        <w:t>____________________________________________________________</w:t>
      </w:r>
    </w:p>
    <w:p w:rsidR="00037FC4" w:rsidRDefault="004B3949" w14:paraId="57203C31" w14:textId="77777777">
      <w:r>
        <w:rPr>
          <w:b/>
        </w:rPr>
        <w:t xml:space="preserve">Sawing: </w:t>
      </w:r>
      <w:r>
        <w:t>____________________________________________________________</w:t>
      </w:r>
    </w:p>
    <w:p w:rsidR="00037FC4" w:rsidRDefault="004B3949" w14:paraId="0AB21625" w14:textId="77777777">
      <w:r>
        <w:rPr>
          <w:b/>
        </w:rPr>
        <w:t xml:space="preserve">Filing and sanding: </w:t>
      </w:r>
      <w:r>
        <w:t>____________________________________________________________</w:t>
      </w:r>
    </w:p>
    <w:p w:rsidR="00037FC4" w:rsidRDefault="004B3949" w14:paraId="6D0843F5" w14:textId="77777777">
      <w:r>
        <w:rPr>
          <w:b/>
        </w:rPr>
        <w:t xml:space="preserve">3D printing: </w:t>
      </w:r>
      <w:r>
        <w:t>____________________________________________________________</w:t>
      </w:r>
    </w:p>
    <w:p w:rsidR="00037FC4" w:rsidRDefault="004B3949" w14:paraId="712408E2" w14:textId="77777777">
      <w:pPr>
        <w:pStyle w:val="Heading2"/>
      </w:pPr>
      <w:r>
        <w:t>Material decision</w:t>
      </w:r>
    </w:p>
    <w:p w:rsidR="00037FC4" w:rsidRDefault="004B3949" w14:paraId="0E75C21C" w14:textId="77777777">
      <w:r>
        <w:t>Chosen material(s): ________________________________________________</w:t>
      </w:r>
    </w:p>
    <w:p w:rsidR="00037FC4" w:rsidRDefault="004B3949" w14:paraId="56A47753" w14:textId="77777777">
      <w:r>
        <w:t>Justification:</w:t>
      </w:r>
    </w:p>
    <w:p w:rsidR="00037FC4" w:rsidRDefault="004B3949" w14:paraId="7E828C1B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7145E9A8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2221C9FE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54EE7C6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F1E49E2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8052A5D" w14:textId="77777777">
      <w:r>
        <w:br w:type="page"/>
      </w:r>
    </w:p>
    <w:p w:rsidR="00037FC4" w:rsidRDefault="004B3949" w14:paraId="4936DB4C" w14:textId="77777777">
      <w:pPr>
        <w:pStyle w:val="Heading1"/>
      </w:pPr>
      <w:r>
        <w:t>5. Generate Engineering Design Ideas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080"/>
      </w:tblGrid>
      <w:tr w:rsidR="00037FC4" w14:paraId="6A990205" w14:textId="77777777">
        <w:trPr>
          <w:jc w:val="center"/>
        </w:trPr>
        <w:tc>
          <w:tcPr>
            <w:tcW w:w="10080" w:type="dxa"/>
            <w:shd w:val="clear" w:color="auto" w:fill="2F75B5"/>
          </w:tcPr>
          <w:p w:rsidR="00037FC4" w:rsidRDefault="004B3949" w14:paraId="5887BE36" w14:textId="77777777">
            <w:r>
              <w:rPr>
                <w:b/>
                <w:color w:val="FFFFFF"/>
              </w:rPr>
              <w:t>Your task</w:t>
            </w:r>
          </w:p>
        </w:tc>
      </w:tr>
      <w:tr w:rsidR="00037FC4" w14:paraId="1CB38B53" w14:textId="77777777">
        <w:trPr>
          <w:jc w:val="center"/>
        </w:trPr>
        <w:tc>
          <w:tcPr>
            <w:tcW w:w="10080" w:type="dxa"/>
            <w:shd w:val="clear" w:color="auto" w:fill="D9EAF7"/>
          </w:tcPr>
          <w:p w:rsidR="00037FC4" w:rsidRDefault="004B3949" w14:paraId="0AEF62F2" w14:textId="77777777">
            <w:r>
              <w:t>Produce three different design ideas. Use 3D sketches where possible. Label dimensions, materials, components, joining methods, manufacturing processes and how each design meets the specification.</w:t>
            </w:r>
          </w:p>
        </w:tc>
      </w:tr>
    </w:tbl>
    <w:p w:rsidR="00037FC4" w:rsidRDefault="00037FC4" w14:paraId="2EF4A57A" w14:textId="77777777"/>
    <w:p w:rsidR="00037FC4" w:rsidRDefault="004B3949" w14:paraId="7A7D073E" w14:textId="77777777">
      <w:pPr>
        <w:pStyle w:val="Heading2"/>
      </w:pPr>
      <w:r>
        <w:t>Idea 1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79"/>
        <w:gridCol w:w="5179"/>
      </w:tblGrid>
      <w:tr w:rsidR="00037FC4" w14:paraId="1BFEB309" w14:textId="77777777">
        <w:trPr>
          <w:jc w:val="center"/>
        </w:trPr>
        <w:tc>
          <w:tcPr>
            <w:tcW w:w="5184" w:type="dxa"/>
          </w:tcPr>
          <w:p w:rsidR="00037FC4" w:rsidRDefault="004B3949" w14:paraId="298BD222" w14:textId="77777777">
            <w:r>
              <w:t>DESIGN SKETCH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5184" w:type="dxa"/>
          </w:tcPr>
          <w:p w:rsidR="00037FC4" w:rsidRDefault="004B3949" w14:paraId="74091886" w14:textId="77777777">
            <w:r>
              <w:t>ANNOTATIONS</w:t>
            </w:r>
            <w:r>
              <w:br/>
            </w:r>
            <w:r>
              <w:br/>
            </w:r>
            <w:r>
              <w:t>Function:</w:t>
            </w:r>
            <w:r>
              <w:br/>
            </w:r>
            <w:r>
              <w:br/>
            </w:r>
            <w:r>
              <w:t>Materials:</w:t>
            </w:r>
            <w:r>
              <w:br/>
            </w:r>
            <w:r>
              <w:br/>
            </w:r>
            <w:r>
              <w:t>Manufacturing processes:</w:t>
            </w:r>
            <w:r>
              <w:br/>
            </w:r>
            <w:r>
              <w:br/>
            </w:r>
            <w:r>
              <w:t>Joining methods:</w:t>
            </w:r>
            <w:r>
              <w:br/>
            </w:r>
            <w:r>
              <w:br/>
            </w:r>
            <w:r>
              <w:t>Safety and stability:</w:t>
            </w:r>
            <w:r>
              <w:br/>
            </w:r>
            <w:r>
              <w:br/>
            </w:r>
            <w:r>
              <w:t>Environmental considerations:</w:t>
            </w:r>
          </w:p>
        </w:tc>
      </w:tr>
    </w:tbl>
    <w:p w:rsidR="00037FC4" w:rsidRDefault="00037FC4" w14:paraId="1527188B" w14:textId="77777777"/>
    <w:p w:rsidR="00037FC4" w:rsidRDefault="004B3949" w14:paraId="17E54FC9" w14:textId="77777777">
      <w:r>
        <w:br w:type="page"/>
      </w:r>
    </w:p>
    <w:p w:rsidR="00037FC4" w:rsidRDefault="004B3949" w14:paraId="533289D7" w14:textId="77777777">
      <w:pPr>
        <w:pStyle w:val="Heading2"/>
      </w:pPr>
      <w:r>
        <w:t>Idea 2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79"/>
        <w:gridCol w:w="5179"/>
      </w:tblGrid>
      <w:tr w:rsidR="00037FC4" w14:paraId="296C3AD8" w14:textId="77777777">
        <w:trPr>
          <w:jc w:val="center"/>
        </w:trPr>
        <w:tc>
          <w:tcPr>
            <w:tcW w:w="5184" w:type="dxa"/>
          </w:tcPr>
          <w:p w:rsidR="00037FC4" w:rsidRDefault="004B3949" w14:paraId="54DEE34F" w14:textId="77777777">
            <w:r>
              <w:t>DESIGN SKETCH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5184" w:type="dxa"/>
          </w:tcPr>
          <w:p w:rsidR="00037FC4" w:rsidRDefault="004B3949" w14:paraId="05C31E40" w14:textId="77777777">
            <w:r>
              <w:t>ANNOTATIONS</w:t>
            </w:r>
            <w:r>
              <w:br/>
            </w:r>
            <w:r>
              <w:br/>
            </w:r>
            <w:r>
              <w:t>Function:</w:t>
            </w:r>
            <w:r>
              <w:br/>
            </w:r>
            <w:r>
              <w:br/>
            </w:r>
            <w:r>
              <w:t>Materials:</w:t>
            </w:r>
            <w:r>
              <w:br/>
            </w:r>
            <w:r>
              <w:br/>
            </w:r>
            <w:r>
              <w:t>Manufacturing processes:</w:t>
            </w:r>
            <w:r>
              <w:br/>
            </w:r>
            <w:r>
              <w:br/>
            </w:r>
            <w:r>
              <w:t>Joining methods:</w:t>
            </w:r>
            <w:r>
              <w:br/>
            </w:r>
            <w:r>
              <w:br/>
            </w:r>
            <w:r>
              <w:t>Safety and stability:</w:t>
            </w:r>
            <w:r>
              <w:br/>
            </w:r>
            <w:r>
              <w:br/>
            </w:r>
            <w:r>
              <w:t>Environmental considerations:</w:t>
            </w:r>
          </w:p>
        </w:tc>
      </w:tr>
    </w:tbl>
    <w:p w:rsidR="00037FC4" w:rsidRDefault="00037FC4" w14:paraId="381A2FC9" w14:textId="77777777"/>
    <w:p w:rsidR="00037FC4" w:rsidRDefault="004B3949" w14:paraId="5FA7F827" w14:textId="77777777">
      <w:r>
        <w:br w:type="page"/>
      </w:r>
    </w:p>
    <w:p w:rsidR="00037FC4" w:rsidRDefault="004B3949" w14:paraId="49E7CA9B" w14:textId="77777777">
      <w:pPr>
        <w:pStyle w:val="Heading2"/>
      </w:pPr>
      <w:r>
        <w:t>Idea 3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79"/>
        <w:gridCol w:w="5179"/>
      </w:tblGrid>
      <w:tr w:rsidR="00037FC4" w14:paraId="0F8E3F44" w14:textId="77777777">
        <w:trPr>
          <w:jc w:val="center"/>
        </w:trPr>
        <w:tc>
          <w:tcPr>
            <w:tcW w:w="5184" w:type="dxa"/>
          </w:tcPr>
          <w:p w:rsidR="00037FC4" w:rsidRDefault="004B3949" w14:paraId="5C547F5D" w14:textId="77777777">
            <w:r>
              <w:t>DESIGN SKETCH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5184" w:type="dxa"/>
          </w:tcPr>
          <w:p w:rsidR="00037FC4" w:rsidRDefault="004B3949" w14:paraId="30A6F192" w14:textId="77777777">
            <w:r>
              <w:t>ANNOTATIONS</w:t>
            </w:r>
            <w:r>
              <w:br/>
            </w:r>
            <w:r>
              <w:br/>
            </w:r>
            <w:r>
              <w:t>Function:</w:t>
            </w:r>
            <w:r>
              <w:br/>
            </w:r>
            <w:r>
              <w:br/>
            </w:r>
            <w:r>
              <w:t>Materials:</w:t>
            </w:r>
            <w:r>
              <w:br/>
            </w:r>
            <w:r>
              <w:br/>
            </w:r>
            <w:r>
              <w:t>Manufacturing processes:</w:t>
            </w:r>
            <w:r>
              <w:br/>
            </w:r>
            <w:r>
              <w:br/>
            </w:r>
            <w:r>
              <w:t>Joining methods:</w:t>
            </w:r>
            <w:r>
              <w:br/>
            </w:r>
            <w:r>
              <w:br/>
            </w:r>
            <w:r>
              <w:t>Safety and stability:</w:t>
            </w:r>
            <w:r>
              <w:br/>
            </w:r>
            <w:r>
              <w:br/>
            </w:r>
            <w:r>
              <w:t>Environmental considerations:</w:t>
            </w:r>
          </w:p>
        </w:tc>
      </w:tr>
    </w:tbl>
    <w:p w:rsidR="00037FC4" w:rsidRDefault="00037FC4" w14:paraId="5F1DC348" w14:textId="77777777"/>
    <w:p w:rsidR="00037FC4" w:rsidRDefault="004B3949" w14:paraId="13D9881C" w14:textId="77777777">
      <w:r>
        <w:br w:type="page"/>
      </w:r>
    </w:p>
    <w:p w:rsidR="00037FC4" w:rsidRDefault="004B3949" w14:paraId="1B4763AE" w14:textId="77777777">
      <w:pPr>
        <w:pStyle w:val="Heading1"/>
      </w:pPr>
      <w:r>
        <w:t>6. Select and Develop Your Best Idea</w:t>
      </w:r>
    </w:p>
    <w:p w:rsidR="00037FC4" w:rsidRDefault="004B3949" w14:paraId="1CC7C4F5" w14:textId="77777777">
      <w:r>
        <w:t>Use the decision matrix to compare your three ideas. Score each idea from 1 (weak) to 5 (excellent).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3"/>
        <w:gridCol w:w="2072"/>
        <w:gridCol w:w="2071"/>
        <w:gridCol w:w="2071"/>
        <w:gridCol w:w="2071"/>
      </w:tblGrid>
      <w:tr w:rsidR="00037FC4" w14:paraId="34C05D6B" w14:textId="77777777">
        <w:trPr>
          <w:jc w:val="center"/>
        </w:trPr>
        <w:tc>
          <w:tcPr>
            <w:tcW w:w="2074" w:type="dxa"/>
            <w:shd w:val="clear" w:color="auto" w:fill="17365D"/>
          </w:tcPr>
          <w:p w:rsidR="00037FC4" w:rsidRDefault="004B3949" w14:paraId="36DBAE11" w14:textId="77777777">
            <w:r>
              <w:rPr>
                <w:b/>
                <w:color w:val="FFFFFF"/>
              </w:rPr>
              <w:t>Criterion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24B18B75" w14:textId="77777777">
            <w:r>
              <w:rPr>
                <w:b/>
                <w:color w:val="FFFFFF"/>
              </w:rPr>
              <w:t>Weight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4A3FD3B5" w14:textId="77777777">
            <w:r>
              <w:rPr>
                <w:b/>
                <w:color w:val="FFFFFF"/>
              </w:rPr>
              <w:t>Idea 1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0DA9962E" w14:textId="77777777">
            <w:r>
              <w:rPr>
                <w:b/>
                <w:color w:val="FFFFFF"/>
              </w:rPr>
              <w:t>Idea 2</w:t>
            </w:r>
          </w:p>
        </w:tc>
        <w:tc>
          <w:tcPr>
            <w:tcW w:w="2074" w:type="dxa"/>
            <w:shd w:val="clear" w:color="auto" w:fill="17365D"/>
          </w:tcPr>
          <w:p w:rsidR="00037FC4" w:rsidRDefault="004B3949" w14:paraId="3DF32ADE" w14:textId="77777777">
            <w:r>
              <w:rPr>
                <w:b/>
                <w:color w:val="FFFFFF"/>
              </w:rPr>
              <w:t>Idea 3</w:t>
            </w:r>
          </w:p>
        </w:tc>
      </w:tr>
      <w:tr w:rsidR="00037FC4" w14:paraId="27A03E1F" w14:textId="77777777">
        <w:trPr>
          <w:jc w:val="center"/>
        </w:trPr>
        <w:tc>
          <w:tcPr>
            <w:tcW w:w="2074" w:type="dxa"/>
          </w:tcPr>
          <w:p w:rsidR="00037FC4" w:rsidRDefault="004B3949" w14:paraId="52CC9262" w14:textId="77777777">
            <w:r>
              <w:t>Function</w:t>
            </w:r>
          </w:p>
        </w:tc>
        <w:tc>
          <w:tcPr>
            <w:tcW w:w="2074" w:type="dxa"/>
          </w:tcPr>
          <w:p w:rsidR="00037FC4" w:rsidRDefault="004B3949" w14:paraId="0D18A281" w14:textId="77777777">
            <w:r>
              <w:t>3</w:t>
            </w:r>
          </w:p>
        </w:tc>
        <w:tc>
          <w:tcPr>
            <w:tcW w:w="2074" w:type="dxa"/>
          </w:tcPr>
          <w:p w:rsidR="00037FC4" w:rsidRDefault="00037FC4" w14:paraId="051EEDBB" w14:textId="77777777"/>
        </w:tc>
        <w:tc>
          <w:tcPr>
            <w:tcW w:w="2074" w:type="dxa"/>
          </w:tcPr>
          <w:p w:rsidR="00037FC4" w:rsidRDefault="00037FC4" w14:paraId="0E92E1A0" w14:textId="77777777"/>
        </w:tc>
        <w:tc>
          <w:tcPr>
            <w:tcW w:w="2074" w:type="dxa"/>
          </w:tcPr>
          <w:p w:rsidR="00037FC4" w:rsidRDefault="00037FC4" w14:paraId="33E65D90" w14:textId="77777777"/>
        </w:tc>
      </w:tr>
      <w:tr w:rsidR="00037FC4" w14:paraId="2914E97F" w14:textId="77777777">
        <w:trPr>
          <w:jc w:val="center"/>
        </w:trPr>
        <w:tc>
          <w:tcPr>
            <w:tcW w:w="2074" w:type="dxa"/>
          </w:tcPr>
          <w:p w:rsidR="00037FC4" w:rsidRDefault="004B3949" w14:paraId="497BF8D0" w14:textId="77777777">
            <w:r>
              <w:t>Stability and safety</w:t>
            </w:r>
          </w:p>
        </w:tc>
        <w:tc>
          <w:tcPr>
            <w:tcW w:w="2074" w:type="dxa"/>
          </w:tcPr>
          <w:p w:rsidR="00037FC4" w:rsidRDefault="004B3949" w14:paraId="34051D54" w14:textId="77777777">
            <w:r>
              <w:t>3</w:t>
            </w:r>
          </w:p>
        </w:tc>
        <w:tc>
          <w:tcPr>
            <w:tcW w:w="2074" w:type="dxa"/>
          </w:tcPr>
          <w:p w:rsidR="00037FC4" w:rsidRDefault="00037FC4" w14:paraId="4342EA38" w14:textId="77777777"/>
        </w:tc>
        <w:tc>
          <w:tcPr>
            <w:tcW w:w="2074" w:type="dxa"/>
          </w:tcPr>
          <w:p w:rsidR="00037FC4" w:rsidRDefault="00037FC4" w14:paraId="792043DA" w14:textId="77777777"/>
        </w:tc>
        <w:tc>
          <w:tcPr>
            <w:tcW w:w="2074" w:type="dxa"/>
          </w:tcPr>
          <w:p w:rsidR="00037FC4" w:rsidRDefault="00037FC4" w14:paraId="65D7F668" w14:textId="77777777"/>
        </w:tc>
      </w:tr>
      <w:tr w:rsidR="00037FC4" w14:paraId="77AE863A" w14:textId="77777777">
        <w:trPr>
          <w:jc w:val="center"/>
        </w:trPr>
        <w:tc>
          <w:tcPr>
            <w:tcW w:w="2074" w:type="dxa"/>
          </w:tcPr>
          <w:p w:rsidR="00037FC4" w:rsidRDefault="004B3949" w14:paraId="224E6E54" w14:textId="77777777">
            <w:r>
              <w:t>Ease of manufacture</w:t>
            </w:r>
          </w:p>
        </w:tc>
        <w:tc>
          <w:tcPr>
            <w:tcW w:w="2074" w:type="dxa"/>
          </w:tcPr>
          <w:p w:rsidR="00037FC4" w:rsidRDefault="004B3949" w14:paraId="35EB410B" w14:textId="77777777">
            <w:r>
              <w:t>2</w:t>
            </w:r>
          </w:p>
        </w:tc>
        <w:tc>
          <w:tcPr>
            <w:tcW w:w="2074" w:type="dxa"/>
          </w:tcPr>
          <w:p w:rsidR="00037FC4" w:rsidRDefault="00037FC4" w14:paraId="1D2B0323" w14:textId="77777777"/>
        </w:tc>
        <w:tc>
          <w:tcPr>
            <w:tcW w:w="2074" w:type="dxa"/>
          </w:tcPr>
          <w:p w:rsidR="00037FC4" w:rsidRDefault="00037FC4" w14:paraId="16241BC7" w14:textId="77777777"/>
        </w:tc>
        <w:tc>
          <w:tcPr>
            <w:tcW w:w="2074" w:type="dxa"/>
          </w:tcPr>
          <w:p w:rsidR="00037FC4" w:rsidRDefault="00037FC4" w14:paraId="024A4E67" w14:textId="77777777"/>
        </w:tc>
      </w:tr>
      <w:tr w:rsidR="00037FC4" w14:paraId="689359D8" w14:textId="77777777">
        <w:trPr>
          <w:jc w:val="center"/>
        </w:trPr>
        <w:tc>
          <w:tcPr>
            <w:tcW w:w="2074" w:type="dxa"/>
          </w:tcPr>
          <w:p w:rsidR="00037FC4" w:rsidRDefault="004B3949" w14:paraId="7D6063D8" w14:textId="77777777">
            <w:r>
              <w:t>Material efficiency</w:t>
            </w:r>
          </w:p>
        </w:tc>
        <w:tc>
          <w:tcPr>
            <w:tcW w:w="2074" w:type="dxa"/>
          </w:tcPr>
          <w:p w:rsidR="00037FC4" w:rsidRDefault="004B3949" w14:paraId="75E3414A" w14:textId="77777777">
            <w:r>
              <w:t>2</w:t>
            </w:r>
          </w:p>
        </w:tc>
        <w:tc>
          <w:tcPr>
            <w:tcW w:w="2074" w:type="dxa"/>
          </w:tcPr>
          <w:p w:rsidR="00037FC4" w:rsidRDefault="00037FC4" w14:paraId="2A4C9C69" w14:textId="77777777"/>
        </w:tc>
        <w:tc>
          <w:tcPr>
            <w:tcW w:w="2074" w:type="dxa"/>
          </w:tcPr>
          <w:p w:rsidR="00037FC4" w:rsidRDefault="00037FC4" w14:paraId="58192A9B" w14:textId="77777777"/>
        </w:tc>
        <w:tc>
          <w:tcPr>
            <w:tcW w:w="2074" w:type="dxa"/>
          </w:tcPr>
          <w:p w:rsidR="00037FC4" w:rsidRDefault="00037FC4" w14:paraId="58845A91" w14:textId="77777777"/>
        </w:tc>
      </w:tr>
      <w:tr w:rsidR="00037FC4" w14:paraId="5A908D14" w14:textId="77777777">
        <w:trPr>
          <w:jc w:val="center"/>
        </w:trPr>
        <w:tc>
          <w:tcPr>
            <w:tcW w:w="2074" w:type="dxa"/>
          </w:tcPr>
          <w:p w:rsidR="00037FC4" w:rsidRDefault="004B3949" w14:paraId="77EAA641" w14:textId="77777777">
            <w:r>
              <w:t>Aesthetics</w:t>
            </w:r>
          </w:p>
        </w:tc>
        <w:tc>
          <w:tcPr>
            <w:tcW w:w="2074" w:type="dxa"/>
          </w:tcPr>
          <w:p w:rsidR="00037FC4" w:rsidRDefault="004B3949" w14:paraId="7FF9164D" w14:textId="77777777">
            <w:r>
              <w:t>1</w:t>
            </w:r>
          </w:p>
        </w:tc>
        <w:tc>
          <w:tcPr>
            <w:tcW w:w="2074" w:type="dxa"/>
          </w:tcPr>
          <w:p w:rsidR="00037FC4" w:rsidRDefault="00037FC4" w14:paraId="11D99092" w14:textId="77777777"/>
        </w:tc>
        <w:tc>
          <w:tcPr>
            <w:tcW w:w="2074" w:type="dxa"/>
          </w:tcPr>
          <w:p w:rsidR="00037FC4" w:rsidRDefault="00037FC4" w14:paraId="628BE99C" w14:textId="77777777"/>
        </w:tc>
        <w:tc>
          <w:tcPr>
            <w:tcW w:w="2074" w:type="dxa"/>
          </w:tcPr>
          <w:p w:rsidR="00037FC4" w:rsidRDefault="00037FC4" w14:paraId="2C8DE4D5" w14:textId="77777777"/>
        </w:tc>
      </w:tr>
      <w:tr w:rsidR="00037FC4" w14:paraId="5AB235E5" w14:textId="77777777">
        <w:trPr>
          <w:jc w:val="center"/>
        </w:trPr>
        <w:tc>
          <w:tcPr>
            <w:tcW w:w="2074" w:type="dxa"/>
          </w:tcPr>
          <w:p w:rsidR="00037FC4" w:rsidRDefault="004B3949" w14:paraId="76811FF7" w14:textId="77777777">
            <w:r>
              <w:rPr>
                <w:b/>
              </w:rPr>
              <w:t>Weighted total</w:t>
            </w:r>
          </w:p>
        </w:tc>
        <w:tc>
          <w:tcPr>
            <w:tcW w:w="2074" w:type="dxa"/>
          </w:tcPr>
          <w:p w:rsidR="00037FC4" w:rsidRDefault="00037FC4" w14:paraId="52B42F8E" w14:textId="77777777"/>
        </w:tc>
        <w:tc>
          <w:tcPr>
            <w:tcW w:w="2074" w:type="dxa"/>
          </w:tcPr>
          <w:p w:rsidR="00037FC4" w:rsidRDefault="00037FC4" w14:paraId="659138EB" w14:textId="77777777"/>
        </w:tc>
        <w:tc>
          <w:tcPr>
            <w:tcW w:w="2074" w:type="dxa"/>
          </w:tcPr>
          <w:p w:rsidR="00037FC4" w:rsidRDefault="00037FC4" w14:paraId="0F418383" w14:textId="77777777"/>
        </w:tc>
        <w:tc>
          <w:tcPr>
            <w:tcW w:w="2074" w:type="dxa"/>
          </w:tcPr>
          <w:p w:rsidR="00037FC4" w:rsidRDefault="00037FC4" w14:paraId="5F5F00E5" w14:textId="77777777"/>
        </w:tc>
      </w:tr>
    </w:tbl>
    <w:p w:rsidR="00037FC4" w:rsidRDefault="004B3949" w14:paraId="01CA70D4" w14:textId="77777777">
      <w:pPr>
        <w:pStyle w:val="Heading2"/>
      </w:pPr>
      <w:r>
        <w:t>Development drawing</w:t>
      </w:r>
    </w:p>
    <w:p w:rsidR="00037FC4" w:rsidRDefault="004B3949" w14:paraId="4E57384D" w14:textId="77777777">
      <w:r>
        <w:t>Redraw the strongest idea and improve it. Show at least three changes made because of testing, research or specification requirements.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58"/>
      </w:tblGrid>
      <w:tr w:rsidR="00037FC4" w14:paraId="4133BBBD" w14:textId="77777777">
        <w:tc>
          <w:tcPr>
            <w:tcW w:w="10368" w:type="dxa"/>
          </w:tcPr>
          <w:p w:rsidR="00037FC4" w:rsidRDefault="004B3949" w14:paraId="0317C02A" w14:textId="77777777">
            <w:r>
              <w:t>DEVELOPED DESIGN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 w:rsidR="00037FC4" w:rsidRDefault="004B3949" w14:paraId="78B60924" w14:textId="77777777">
      <w:pPr>
        <w:pStyle w:val="Heading2"/>
      </w:pPr>
      <w:r>
        <w:t>Three improvements</w:t>
      </w:r>
    </w:p>
    <w:p w:rsidR="00037FC4" w:rsidRDefault="004B3949" w14:paraId="7A89A5DB" w14:textId="77777777">
      <w:r>
        <w:t>1. ______________________________________________________________________________</w:t>
      </w:r>
    </w:p>
    <w:p w:rsidR="00037FC4" w:rsidRDefault="004B3949" w14:paraId="0DACC576" w14:textId="77777777">
      <w:r>
        <w:t>2. ______________________________________________________________________________</w:t>
      </w:r>
    </w:p>
    <w:p w:rsidR="00037FC4" w:rsidRDefault="004B3949" w14:paraId="381FFFEF" w14:textId="77777777">
      <w:r>
        <w:t>3. ______________________________________________________________________________</w:t>
      </w:r>
    </w:p>
    <w:p w:rsidR="00037FC4" w:rsidRDefault="004B3949" w14:paraId="3EAA32EA" w14:textId="77777777">
      <w:r>
        <w:br w:type="page"/>
      </w:r>
    </w:p>
    <w:p w:rsidR="00037FC4" w:rsidRDefault="004B3949" w14:paraId="2270129A" w14:textId="77777777">
      <w:pPr>
        <w:pStyle w:val="Heading1"/>
      </w:pPr>
      <w:r>
        <w:t>7. Engineering Drawing and Calculations</w:t>
      </w:r>
    </w:p>
    <w:p w:rsidR="00037FC4" w:rsidRDefault="004B3949" w14:paraId="40865E62" w14:textId="77777777">
      <w:pPr>
        <w:pStyle w:val="Heading2"/>
      </w:pPr>
      <w:r>
        <w:t>Orthographic drawing</w:t>
      </w:r>
    </w:p>
    <w:p w:rsidR="00037FC4" w:rsidRDefault="004B3949" w14:paraId="7DDFB788" w14:textId="77777777">
      <w:r>
        <w:t>Produce a front view, side view and plan view of your developed design. Use a ruler, label each view and add key dimensions in millimetres. Use third-angle projection if you have been taught it.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79"/>
        <w:gridCol w:w="5179"/>
      </w:tblGrid>
      <w:tr w:rsidR="00037FC4" w14:paraId="56F68672" w14:textId="77777777">
        <w:trPr>
          <w:jc w:val="center"/>
        </w:trPr>
        <w:tc>
          <w:tcPr>
            <w:tcW w:w="5184" w:type="dxa"/>
          </w:tcPr>
          <w:p w:rsidR="00037FC4" w:rsidRDefault="004B3949" w14:paraId="0A90C5C2" w14:textId="77777777">
            <w:r>
              <w:t>FRONT VIEW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5184" w:type="dxa"/>
          </w:tcPr>
          <w:p w:rsidR="00037FC4" w:rsidRDefault="004B3949" w14:paraId="6EFF65EF" w14:textId="77777777">
            <w:r>
              <w:t>SIDE VIEW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  <w:tr w:rsidR="00037FC4" w14:paraId="3D7B8D7B" w14:textId="77777777">
        <w:trPr>
          <w:jc w:val="center"/>
        </w:trPr>
        <w:tc>
          <w:tcPr>
            <w:tcW w:w="5184" w:type="dxa"/>
          </w:tcPr>
          <w:p w:rsidR="00037FC4" w:rsidRDefault="004B3949" w14:paraId="4A90B0BC" w14:textId="77777777">
            <w:r>
              <w:t>PLAN VIEW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5184" w:type="dxa"/>
          </w:tcPr>
          <w:p w:rsidR="00037FC4" w:rsidRDefault="004B3949" w14:paraId="2BD8F6A9" w14:textId="77777777">
            <w:r>
              <w:t>ISOMETRIC VIEW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 w:rsidR="00037FC4" w:rsidRDefault="004B3949" w14:paraId="47EF8A97" w14:textId="77777777">
      <w:pPr>
        <w:pStyle w:val="Heading2"/>
      </w:pPr>
      <w:r>
        <w:t>Basic engineering calculations</w:t>
      </w:r>
    </w:p>
    <w:p w:rsidR="00037FC4" w:rsidRDefault="004B3949" w14:paraId="4BA493B4" w14:textId="77777777">
      <w:r>
        <w:t>Show all working and include units.</w:t>
      </w:r>
    </w:p>
    <w:p w:rsidR="00037FC4" w:rsidRDefault="004B3949" w14:paraId="03C339DC" w14:textId="77777777">
      <w:r>
        <w:rPr>
          <w:b/>
        </w:rPr>
        <w:t>1. A plywood base is 220 mm × 160 mm. Calculate its area in mm².</w:t>
      </w:r>
    </w:p>
    <w:p w:rsidR="00037FC4" w:rsidRDefault="004B3949" w14:paraId="738F5BC0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DBFC2BE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209EE5BE" w14:textId="77777777">
      <w:r>
        <w:rPr>
          <w:b/>
        </w:rPr>
        <w:t>2. Convert the base area into cm².</w:t>
      </w:r>
    </w:p>
    <w:p w:rsidR="00037FC4" w:rsidRDefault="004B3949" w14:paraId="0AE06106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CF6E318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672E73D" w14:textId="77777777">
      <w:r>
        <w:rPr>
          <w:b/>
        </w:rPr>
        <w:t>3. The organiser uses four identical side panels, each 150 mm × 80 mm. Calculate their total area.</w:t>
      </w:r>
    </w:p>
    <w:p w:rsidR="00037FC4" w:rsidRDefault="004B3949" w14:paraId="011DC8A2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6EA6AE8A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B82CD1D" w14:textId="77777777">
      <w:r>
        <w:rPr>
          <w:b/>
        </w:rPr>
        <w:t>4. A 600 mm × 400 mm sheet is used. Calculate the percentage of the sheet used by the base only.</w:t>
      </w:r>
    </w:p>
    <w:p w:rsidR="00037FC4" w:rsidRDefault="004B3949" w14:paraId="34037C9F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4D0A440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339DF79" w14:textId="77777777">
      <w:r>
        <w:rPr>
          <w:b/>
        </w:rPr>
        <w:t>5. A slot is designed for 3 mm plywood. Suggest a sensible slot width if the measured material is 3.2 mm thick, and explain your choice.</w:t>
      </w:r>
    </w:p>
    <w:p w:rsidR="00037FC4" w:rsidRDefault="004B3949" w14:paraId="6E3F15F2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539E1D3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18990757" w14:textId="77777777">
      <w:pPr>
        <w:pStyle w:val="Heading1"/>
      </w:pPr>
      <w:r>
        <w:t>8. Evaluation and Preparation for Year 10</w:t>
      </w:r>
    </w:p>
    <w:p w:rsidR="00037FC4" w:rsidRDefault="004B3949" w14:paraId="41BB441C" w14:textId="77777777">
      <w:pPr>
        <w:pStyle w:val="Heading2"/>
      </w:pPr>
      <w:r>
        <w:t>Evaluate your proposal</w:t>
      </w:r>
    </w:p>
    <w:p w:rsidR="00037FC4" w:rsidRDefault="004B3949" w14:paraId="4830C628" w14:textId="77777777">
      <w:r>
        <w:t>Use your specification to judge the quality of your final proposal. Give evidence and suggest realistic improvements.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90"/>
        <w:gridCol w:w="2589"/>
        <w:gridCol w:w="2589"/>
        <w:gridCol w:w="2590"/>
      </w:tblGrid>
      <w:tr w:rsidR="00037FC4" w14:paraId="754B5A1B" w14:textId="77777777">
        <w:trPr>
          <w:jc w:val="center"/>
        </w:trPr>
        <w:tc>
          <w:tcPr>
            <w:tcW w:w="2592" w:type="dxa"/>
            <w:shd w:val="clear" w:color="auto" w:fill="17365D"/>
          </w:tcPr>
          <w:p w:rsidR="00037FC4" w:rsidRDefault="004B3949" w14:paraId="122EBA29" w14:textId="77777777">
            <w:r>
              <w:rPr>
                <w:b/>
                <w:color w:val="FFFFFF"/>
              </w:rPr>
              <w:t>Specification point</w:t>
            </w:r>
          </w:p>
        </w:tc>
        <w:tc>
          <w:tcPr>
            <w:tcW w:w="2592" w:type="dxa"/>
            <w:shd w:val="clear" w:color="auto" w:fill="17365D"/>
          </w:tcPr>
          <w:p w:rsidR="00037FC4" w:rsidRDefault="004B3949" w14:paraId="25A87144" w14:textId="77777777">
            <w:r>
              <w:rPr>
                <w:b/>
                <w:color w:val="FFFFFF"/>
              </w:rPr>
              <w:t>Met / partly / not met</w:t>
            </w:r>
          </w:p>
        </w:tc>
        <w:tc>
          <w:tcPr>
            <w:tcW w:w="2592" w:type="dxa"/>
            <w:shd w:val="clear" w:color="auto" w:fill="17365D"/>
          </w:tcPr>
          <w:p w:rsidR="00037FC4" w:rsidRDefault="004B3949" w14:paraId="4A0E0449" w14:textId="77777777">
            <w:r>
              <w:rPr>
                <w:b/>
                <w:color w:val="FFFFFF"/>
              </w:rPr>
              <w:t>Evidence</w:t>
            </w:r>
          </w:p>
        </w:tc>
        <w:tc>
          <w:tcPr>
            <w:tcW w:w="2592" w:type="dxa"/>
            <w:shd w:val="clear" w:color="auto" w:fill="17365D"/>
          </w:tcPr>
          <w:p w:rsidR="00037FC4" w:rsidRDefault="004B3949" w14:paraId="16C74268" w14:textId="77777777">
            <w:r>
              <w:rPr>
                <w:b/>
                <w:color w:val="FFFFFF"/>
              </w:rPr>
              <w:t>Improvement needed</w:t>
            </w:r>
          </w:p>
        </w:tc>
      </w:tr>
      <w:tr w:rsidR="00037FC4" w14:paraId="776BB7C5" w14:textId="77777777">
        <w:trPr>
          <w:jc w:val="center"/>
        </w:trPr>
        <w:tc>
          <w:tcPr>
            <w:tcW w:w="2592" w:type="dxa"/>
          </w:tcPr>
          <w:p w:rsidR="00037FC4" w:rsidRDefault="00037FC4" w14:paraId="66CCC534" w14:textId="77777777"/>
        </w:tc>
        <w:tc>
          <w:tcPr>
            <w:tcW w:w="2592" w:type="dxa"/>
          </w:tcPr>
          <w:p w:rsidR="00037FC4" w:rsidRDefault="00037FC4" w14:paraId="58B63E6C" w14:textId="77777777"/>
        </w:tc>
        <w:tc>
          <w:tcPr>
            <w:tcW w:w="2592" w:type="dxa"/>
          </w:tcPr>
          <w:p w:rsidR="00037FC4" w:rsidRDefault="00037FC4" w14:paraId="6285899A" w14:textId="77777777"/>
        </w:tc>
        <w:tc>
          <w:tcPr>
            <w:tcW w:w="2592" w:type="dxa"/>
          </w:tcPr>
          <w:p w:rsidR="00037FC4" w:rsidRDefault="00037FC4" w14:paraId="37FCC704" w14:textId="77777777"/>
        </w:tc>
      </w:tr>
      <w:tr w:rsidR="00037FC4" w14:paraId="44A631AC" w14:textId="77777777">
        <w:trPr>
          <w:jc w:val="center"/>
        </w:trPr>
        <w:tc>
          <w:tcPr>
            <w:tcW w:w="2592" w:type="dxa"/>
          </w:tcPr>
          <w:p w:rsidR="00037FC4" w:rsidRDefault="00037FC4" w14:paraId="7A76002B" w14:textId="77777777"/>
        </w:tc>
        <w:tc>
          <w:tcPr>
            <w:tcW w:w="2592" w:type="dxa"/>
          </w:tcPr>
          <w:p w:rsidR="00037FC4" w:rsidRDefault="00037FC4" w14:paraId="1BF1585A" w14:textId="77777777"/>
        </w:tc>
        <w:tc>
          <w:tcPr>
            <w:tcW w:w="2592" w:type="dxa"/>
          </w:tcPr>
          <w:p w:rsidR="00037FC4" w:rsidRDefault="00037FC4" w14:paraId="14D7295F" w14:textId="77777777"/>
        </w:tc>
        <w:tc>
          <w:tcPr>
            <w:tcW w:w="2592" w:type="dxa"/>
          </w:tcPr>
          <w:p w:rsidR="00037FC4" w:rsidRDefault="00037FC4" w14:paraId="1D5AEF97" w14:textId="77777777"/>
        </w:tc>
      </w:tr>
      <w:tr w:rsidR="00037FC4" w14:paraId="47F6DBC9" w14:textId="77777777">
        <w:trPr>
          <w:jc w:val="center"/>
        </w:trPr>
        <w:tc>
          <w:tcPr>
            <w:tcW w:w="2592" w:type="dxa"/>
          </w:tcPr>
          <w:p w:rsidR="00037FC4" w:rsidRDefault="00037FC4" w14:paraId="36CC67B4" w14:textId="77777777"/>
        </w:tc>
        <w:tc>
          <w:tcPr>
            <w:tcW w:w="2592" w:type="dxa"/>
          </w:tcPr>
          <w:p w:rsidR="00037FC4" w:rsidRDefault="00037FC4" w14:paraId="5AB34486" w14:textId="77777777"/>
        </w:tc>
        <w:tc>
          <w:tcPr>
            <w:tcW w:w="2592" w:type="dxa"/>
          </w:tcPr>
          <w:p w:rsidR="00037FC4" w:rsidRDefault="00037FC4" w14:paraId="2A58A43E" w14:textId="77777777"/>
        </w:tc>
        <w:tc>
          <w:tcPr>
            <w:tcW w:w="2592" w:type="dxa"/>
          </w:tcPr>
          <w:p w:rsidR="00037FC4" w:rsidRDefault="00037FC4" w14:paraId="25A1B704" w14:textId="77777777"/>
        </w:tc>
      </w:tr>
      <w:tr w:rsidR="00037FC4" w14:paraId="7B47F66A" w14:textId="77777777">
        <w:trPr>
          <w:jc w:val="center"/>
        </w:trPr>
        <w:tc>
          <w:tcPr>
            <w:tcW w:w="2592" w:type="dxa"/>
          </w:tcPr>
          <w:p w:rsidR="00037FC4" w:rsidRDefault="00037FC4" w14:paraId="645A84DC" w14:textId="77777777"/>
        </w:tc>
        <w:tc>
          <w:tcPr>
            <w:tcW w:w="2592" w:type="dxa"/>
          </w:tcPr>
          <w:p w:rsidR="00037FC4" w:rsidRDefault="00037FC4" w14:paraId="7FA7D9C3" w14:textId="77777777"/>
        </w:tc>
        <w:tc>
          <w:tcPr>
            <w:tcW w:w="2592" w:type="dxa"/>
          </w:tcPr>
          <w:p w:rsidR="00037FC4" w:rsidRDefault="00037FC4" w14:paraId="655A18FB" w14:textId="77777777"/>
        </w:tc>
        <w:tc>
          <w:tcPr>
            <w:tcW w:w="2592" w:type="dxa"/>
          </w:tcPr>
          <w:p w:rsidR="00037FC4" w:rsidRDefault="00037FC4" w14:paraId="4C7D3ADC" w14:textId="77777777"/>
        </w:tc>
      </w:tr>
      <w:tr w:rsidR="00037FC4" w14:paraId="0A7A6884" w14:textId="77777777">
        <w:trPr>
          <w:jc w:val="center"/>
        </w:trPr>
        <w:tc>
          <w:tcPr>
            <w:tcW w:w="2592" w:type="dxa"/>
          </w:tcPr>
          <w:p w:rsidR="00037FC4" w:rsidRDefault="00037FC4" w14:paraId="12C54150" w14:textId="77777777"/>
        </w:tc>
        <w:tc>
          <w:tcPr>
            <w:tcW w:w="2592" w:type="dxa"/>
          </w:tcPr>
          <w:p w:rsidR="00037FC4" w:rsidRDefault="00037FC4" w14:paraId="346756D5" w14:textId="77777777"/>
        </w:tc>
        <w:tc>
          <w:tcPr>
            <w:tcW w:w="2592" w:type="dxa"/>
          </w:tcPr>
          <w:p w:rsidR="00037FC4" w:rsidRDefault="00037FC4" w14:paraId="7B7AE8C4" w14:textId="77777777"/>
        </w:tc>
        <w:tc>
          <w:tcPr>
            <w:tcW w:w="2592" w:type="dxa"/>
          </w:tcPr>
          <w:p w:rsidR="00037FC4" w:rsidRDefault="00037FC4" w14:paraId="35409AAB" w14:textId="77777777"/>
        </w:tc>
      </w:tr>
      <w:tr w:rsidR="00037FC4" w14:paraId="4CD449CB" w14:textId="77777777">
        <w:trPr>
          <w:jc w:val="center"/>
        </w:trPr>
        <w:tc>
          <w:tcPr>
            <w:tcW w:w="2592" w:type="dxa"/>
          </w:tcPr>
          <w:p w:rsidR="00037FC4" w:rsidRDefault="00037FC4" w14:paraId="150853FE" w14:textId="77777777"/>
        </w:tc>
        <w:tc>
          <w:tcPr>
            <w:tcW w:w="2592" w:type="dxa"/>
          </w:tcPr>
          <w:p w:rsidR="00037FC4" w:rsidRDefault="00037FC4" w14:paraId="7B8AE80C" w14:textId="77777777"/>
        </w:tc>
        <w:tc>
          <w:tcPr>
            <w:tcW w:w="2592" w:type="dxa"/>
          </w:tcPr>
          <w:p w:rsidR="00037FC4" w:rsidRDefault="00037FC4" w14:paraId="1AF51E15" w14:textId="77777777"/>
        </w:tc>
        <w:tc>
          <w:tcPr>
            <w:tcW w:w="2592" w:type="dxa"/>
          </w:tcPr>
          <w:p w:rsidR="00037FC4" w:rsidRDefault="00037FC4" w14:paraId="488FB9B6" w14:textId="77777777"/>
        </w:tc>
      </w:tr>
    </w:tbl>
    <w:p w:rsidR="00037FC4" w:rsidRDefault="004B3949" w14:paraId="071FBFF3" w14:textId="77777777">
      <w:pPr>
        <w:pStyle w:val="Heading2"/>
      </w:pPr>
      <w:r>
        <w:t>Reflection</w:t>
      </w:r>
    </w:p>
    <w:p w:rsidR="00037FC4" w:rsidRDefault="004B3949" w14:paraId="68138087" w14:textId="77777777">
      <w:r>
        <w:rPr>
          <w:b/>
        </w:rPr>
        <w:t>Which part of the task are you most proud of?</w:t>
      </w:r>
    </w:p>
    <w:p w:rsidR="00037FC4" w:rsidRDefault="004B3949" w14:paraId="4F369E2C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7D5EE3BC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C5396C3" w14:textId="77777777">
      <w:r>
        <w:rPr>
          <w:b/>
        </w:rPr>
        <w:t>Which engineering skill do you most need to improve?</w:t>
      </w:r>
    </w:p>
    <w:p w:rsidR="00037FC4" w:rsidRDefault="004B3949" w14:paraId="6DCB8D3B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4F5FAD5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BA49485" w14:textId="77777777">
      <w:r>
        <w:rPr>
          <w:b/>
        </w:rPr>
        <w:t>What would you test if you made a prototype?</w:t>
      </w:r>
    </w:p>
    <w:p w:rsidR="00037FC4" w:rsidRDefault="004B3949" w14:paraId="53E295AC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694BBC8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2F4A866" w14:textId="77777777">
      <w:r>
        <w:rPr>
          <w:b/>
        </w:rPr>
        <w:t>How could the design be adapted for batch production?</w:t>
      </w:r>
    </w:p>
    <w:p w:rsidR="00037FC4" w:rsidRDefault="004B3949" w14:paraId="7EED0221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6577AB38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AF05E3B" w14:textId="77777777">
      <w:pPr>
        <w:pStyle w:val="Heading2"/>
      </w:pPr>
      <w:r>
        <w:t>Submission checklist</w:t>
      </w:r>
    </w:p>
    <w:p w:rsidR="00037FC4" w:rsidP="04494CC7" w:rsidRDefault="004B3949" w14:paraId="325BE3F0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All sections completed</w:t>
      </w:r>
    </w:p>
    <w:p w:rsidR="00037FC4" w:rsidP="04494CC7" w:rsidRDefault="004B3949" w14:paraId="0A443440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Two existing products analysed</w:t>
      </w:r>
    </w:p>
    <w:p w:rsidR="00037FC4" w:rsidP="04494CC7" w:rsidRDefault="004B3949" w14:paraId="7595285B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A measurable design specification</w:t>
      </w:r>
    </w:p>
    <w:p w:rsidR="00037FC4" w:rsidP="04494CC7" w:rsidRDefault="004B3949" w14:paraId="763A123B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Three annotated design ideas</w:t>
      </w:r>
    </w:p>
    <w:p w:rsidR="00037FC4" w:rsidP="04494CC7" w:rsidRDefault="004B3949" w14:paraId="2CDA6648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A justified materials and processes choice</w:t>
      </w:r>
    </w:p>
    <w:p w:rsidR="00037FC4" w:rsidP="04494CC7" w:rsidRDefault="004B3949" w14:paraId="5192B3F1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A developed design</w:t>
      </w:r>
    </w:p>
    <w:p w:rsidR="00037FC4" w:rsidP="04494CC7" w:rsidRDefault="004B3949" w14:paraId="040E11F3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Orthographic and isometric drawings</w:t>
      </w:r>
    </w:p>
    <w:p w:rsidR="00037FC4" w:rsidP="04494CC7" w:rsidRDefault="004B3949" w14:paraId="2AD3523F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Calculations with working and units</w:t>
      </w:r>
    </w:p>
    <w:p w:rsidR="00037FC4" w:rsidP="04494CC7" w:rsidRDefault="004B3949" w14:paraId="080712DB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Evaluation linked to the specification</w:t>
      </w:r>
    </w:p>
    <w:p w:rsidR="00037FC4" w:rsidP="04494CC7" w:rsidRDefault="004B3949" w14:paraId="126B187A" w14:textId="77777777">
      <w:pPr>
        <w:pStyle w:val="ListBullet"/>
        <w:numPr>
          <w:ilvl w:val="0"/>
          <w:numId w:val="0"/>
        </w:numPr>
        <w:spacing w:after="40"/>
      </w:pPr>
      <w:r w:rsidR="004B3949">
        <w:rPr/>
        <w:t>☐</w:t>
      </w:r>
      <w:r w:rsidR="004B3949">
        <w:rPr/>
        <w:t xml:space="preserve"> Work is neat, labelled and presented in order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080"/>
      </w:tblGrid>
      <w:tr w:rsidR="00037FC4" w14:paraId="015C1E2B" w14:textId="77777777">
        <w:trPr>
          <w:jc w:val="center"/>
        </w:trPr>
        <w:tc>
          <w:tcPr>
            <w:tcW w:w="10080" w:type="dxa"/>
            <w:shd w:val="clear" w:color="auto" w:fill="2F75B5"/>
          </w:tcPr>
          <w:p w:rsidR="00037FC4" w:rsidRDefault="004B3949" w14:paraId="3196CDA6" w14:textId="77777777">
            <w:r>
              <w:rPr>
                <w:b/>
                <w:color w:val="FFFFFF"/>
              </w:rPr>
              <w:t>Bring to your first lesson</w:t>
            </w:r>
          </w:p>
        </w:tc>
      </w:tr>
      <w:tr w:rsidR="00037FC4" w14:paraId="3D92348A" w14:textId="77777777">
        <w:trPr>
          <w:jc w:val="center"/>
        </w:trPr>
        <w:tc>
          <w:tcPr>
            <w:tcW w:w="10080" w:type="dxa"/>
            <w:shd w:val="clear" w:color="auto" w:fill="FFF2CC"/>
          </w:tcPr>
          <w:p w:rsidR="00037FC4" w:rsidRDefault="004B3949" w14:paraId="45FE0853" w14:textId="77777777">
            <w:r>
              <w:t>Submit this booklet and be ready to explain your design decisions. Your teacher may use the work as an initial assessment of your engineering knowledge and presentation skills.</w:t>
            </w:r>
          </w:p>
        </w:tc>
      </w:tr>
    </w:tbl>
    <w:p w:rsidR="00037FC4" w:rsidRDefault="00037FC4" w14:paraId="2CF67604" w14:textId="77777777"/>
    <w:p w:rsidR="00037FC4" w:rsidRDefault="004B3949" w14:paraId="061A2FCE" w14:textId="77777777">
      <w:pPr>
        <w:pStyle w:val="Heading1"/>
      </w:pPr>
      <w:r>
        <w:t>Teacher Assessment and Feedback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90"/>
        <w:gridCol w:w="2589"/>
        <w:gridCol w:w="2590"/>
        <w:gridCol w:w="2589"/>
      </w:tblGrid>
      <w:tr w:rsidR="00037FC4" w14:paraId="38D77843" w14:textId="77777777">
        <w:trPr>
          <w:jc w:val="center"/>
        </w:trPr>
        <w:tc>
          <w:tcPr>
            <w:tcW w:w="2592" w:type="dxa"/>
            <w:shd w:val="clear" w:color="auto" w:fill="17365D"/>
          </w:tcPr>
          <w:p w:rsidR="00037FC4" w:rsidRDefault="004B3949" w14:paraId="35A895BA" w14:textId="77777777">
            <w:r>
              <w:rPr>
                <w:b/>
                <w:color w:val="FFFFFF"/>
              </w:rPr>
              <w:t>Area</w:t>
            </w:r>
          </w:p>
        </w:tc>
        <w:tc>
          <w:tcPr>
            <w:tcW w:w="2592" w:type="dxa"/>
            <w:shd w:val="clear" w:color="auto" w:fill="17365D"/>
          </w:tcPr>
          <w:p w:rsidR="00037FC4" w:rsidRDefault="004B3949" w14:paraId="1F84DAA3" w14:textId="77777777">
            <w:r>
              <w:rPr>
                <w:b/>
                <w:color w:val="FFFFFF"/>
              </w:rPr>
              <w:t>Emerging</w:t>
            </w:r>
          </w:p>
        </w:tc>
        <w:tc>
          <w:tcPr>
            <w:tcW w:w="2592" w:type="dxa"/>
            <w:shd w:val="clear" w:color="auto" w:fill="17365D"/>
          </w:tcPr>
          <w:p w:rsidR="00037FC4" w:rsidRDefault="004B3949" w14:paraId="46C45F6E" w14:textId="77777777">
            <w:r>
              <w:rPr>
                <w:b/>
                <w:color w:val="FFFFFF"/>
              </w:rPr>
              <w:t>Developing</w:t>
            </w:r>
          </w:p>
        </w:tc>
        <w:tc>
          <w:tcPr>
            <w:tcW w:w="2592" w:type="dxa"/>
            <w:shd w:val="clear" w:color="auto" w:fill="17365D"/>
          </w:tcPr>
          <w:p w:rsidR="00037FC4" w:rsidRDefault="004B3949" w14:paraId="768DCBFC" w14:textId="77777777">
            <w:r>
              <w:rPr>
                <w:b/>
                <w:color w:val="FFFFFF"/>
              </w:rPr>
              <w:t>Secure</w:t>
            </w:r>
          </w:p>
        </w:tc>
      </w:tr>
      <w:tr w:rsidR="00037FC4" w14:paraId="4E194139" w14:textId="77777777">
        <w:trPr>
          <w:jc w:val="center"/>
        </w:trPr>
        <w:tc>
          <w:tcPr>
            <w:tcW w:w="2592" w:type="dxa"/>
          </w:tcPr>
          <w:p w:rsidR="00037FC4" w:rsidRDefault="004B3949" w14:paraId="3D2D639A" w14:textId="77777777">
            <w:r>
              <w:t>Research and analysis</w:t>
            </w:r>
          </w:p>
        </w:tc>
        <w:tc>
          <w:tcPr>
            <w:tcW w:w="2592" w:type="dxa"/>
          </w:tcPr>
          <w:p w:rsidR="00037FC4" w:rsidRDefault="004B3949" w14:paraId="1152ECCE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355356DB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5937D5FD" w14:textId="77777777">
            <w:r>
              <w:t>☐</w:t>
            </w:r>
          </w:p>
        </w:tc>
      </w:tr>
      <w:tr w:rsidR="00037FC4" w14:paraId="53EB4B34" w14:textId="77777777">
        <w:trPr>
          <w:jc w:val="center"/>
        </w:trPr>
        <w:tc>
          <w:tcPr>
            <w:tcW w:w="2592" w:type="dxa"/>
          </w:tcPr>
          <w:p w:rsidR="00037FC4" w:rsidRDefault="004B3949" w14:paraId="39E7FA47" w14:textId="77777777">
            <w:r>
              <w:t>Specification</w:t>
            </w:r>
          </w:p>
        </w:tc>
        <w:tc>
          <w:tcPr>
            <w:tcW w:w="2592" w:type="dxa"/>
          </w:tcPr>
          <w:p w:rsidR="00037FC4" w:rsidRDefault="004B3949" w14:paraId="13795614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30E80067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4F643FAA" w14:textId="77777777">
            <w:r>
              <w:t>☐</w:t>
            </w:r>
          </w:p>
        </w:tc>
      </w:tr>
      <w:tr w:rsidR="00037FC4" w14:paraId="050DBC13" w14:textId="77777777">
        <w:trPr>
          <w:jc w:val="center"/>
        </w:trPr>
        <w:tc>
          <w:tcPr>
            <w:tcW w:w="2592" w:type="dxa"/>
          </w:tcPr>
          <w:p w:rsidR="00037FC4" w:rsidRDefault="004B3949" w14:paraId="04B0D9B1" w14:textId="77777777">
            <w:r>
              <w:t>Design communication</w:t>
            </w:r>
          </w:p>
        </w:tc>
        <w:tc>
          <w:tcPr>
            <w:tcW w:w="2592" w:type="dxa"/>
          </w:tcPr>
          <w:p w:rsidR="00037FC4" w:rsidRDefault="004B3949" w14:paraId="0F9C1FF0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7381FC59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5CBACB15" w14:textId="77777777">
            <w:r>
              <w:t>☐</w:t>
            </w:r>
          </w:p>
        </w:tc>
      </w:tr>
      <w:tr w:rsidR="00037FC4" w14:paraId="720376FB" w14:textId="77777777">
        <w:trPr>
          <w:jc w:val="center"/>
        </w:trPr>
        <w:tc>
          <w:tcPr>
            <w:tcW w:w="2592" w:type="dxa"/>
          </w:tcPr>
          <w:p w:rsidR="00037FC4" w:rsidRDefault="004B3949" w14:paraId="7AF4D767" w14:textId="77777777">
            <w:r>
              <w:t>Materials and processes</w:t>
            </w:r>
          </w:p>
        </w:tc>
        <w:tc>
          <w:tcPr>
            <w:tcW w:w="2592" w:type="dxa"/>
          </w:tcPr>
          <w:p w:rsidR="00037FC4" w:rsidRDefault="004B3949" w14:paraId="1DF87498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5F9DAD87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3F170ABB" w14:textId="77777777">
            <w:r>
              <w:t>☐</w:t>
            </w:r>
          </w:p>
        </w:tc>
      </w:tr>
      <w:tr w:rsidR="00037FC4" w14:paraId="458F7F30" w14:textId="77777777">
        <w:trPr>
          <w:jc w:val="center"/>
        </w:trPr>
        <w:tc>
          <w:tcPr>
            <w:tcW w:w="2592" w:type="dxa"/>
          </w:tcPr>
          <w:p w:rsidR="00037FC4" w:rsidRDefault="004B3949" w14:paraId="09F86D3A" w14:textId="77777777">
            <w:r>
              <w:t>Technical drawing</w:t>
            </w:r>
          </w:p>
        </w:tc>
        <w:tc>
          <w:tcPr>
            <w:tcW w:w="2592" w:type="dxa"/>
          </w:tcPr>
          <w:p w:rsidR="00037FC4" w:rsidRDefault="004B3949" w14:paraId="1A830F3B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30EC1703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6C3B99FD" w14:textId="77777777">
            <w:r>
              <w:t>☐</w:t>
            </w:r>
          </w:p>
        </w:tc>
      </w:tr>
      <w:tr w:rsidR="00037FC4" w14:paraId="2FAA31C3" w14:textId="77777777">
        <w:trPr>
          <w:jc w:val="center"/>
        </w:trPr>
        <w:tc>
          <w:tcPr>
            <w:tcW w:w="2592" w:type="dxa"/>
          </w:tcPr>
          <w:p w:rsidR="00037FC4" w:rsidRDefault="004B3949" w14:paraId="2D0F2D14" w14:textId="77777777">
            <w:r>
              <w:t>Engineering calculations</w:t>
            </w:r>
          </w:p>
        </w:tc>
        <w:tc>
          <w:tcPr>
            <w:tcW w:w="2592" w:type="dxa"/>
          </w:tcPr>
          <w:p w:rsidR="00037FC4" w:rsidRDefault="004B3949" w14:paraId="3A412D89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717CAF5E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576097BE" w14:textId="77777777">
            <w:r>
              <w:t>☐</w:t>
            </w:r>
          </w:p>
        </w:tc>
      </w:tr>
      <w:tr w:rsidR="00037FC4" w14:paraId="75924DBC" w14:textId="77777777">
        <w:trPr>
          <w:jc w:val="center"/>
        </w:trPr>
        <w:tc>
          <w:tcPr>
            <w:tcW w:w="2592" w:type="dxa"/>
          </w:tcPr>
          <w:p w:rsidR="00037FC4" w:rsidRDefault="004B3949" w14:paraId="2F43C23C" w14:textId="77777777">
            <w:r>
              <w:t>Evaluation and improvement</w:t>
            </w:r>
          </w:p>
        </w:tc>
        <w:tc>
          <w:tcPr>
            <w:tcW w:w="2592" w:type="dxa"/>
          </w:tcPr>
          <w:p w:rsidR="00037FC4" w:rsidRDefault="004B3949" w14:paraId="557F3AB5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0CFC1377" w14:textId="77777777">
            <w:r>
              <w:t>☐</w:t>
            </w:r>
          </w:p>
        </w:tc>
        <w:tc>
          <w:tcPr>
            <w:tcW w:w="2592" w:type="dxa"/>
          </w:tcPr>
          <w:p w:rsidR="00037FC4" w:rsidRDefault="004B3949" w14:paraId="3D836A50" w14:textId="77777777">
            <w:r>
              <w:t>☐</w:t>
            </w:r>
          </w:p>
        </w:tc>
      </w:tr>
    </w:tbl>
    <w:p w:rsidR="00037FC4" w:rsidRDefault="004B3949" w14:paraId="08BD1ADD" w14:textId="77777777">
      <w:pPr>
        <w:pStyle w:val="Heading2"/>
      </w:pPr>
      <w:r>
        <w:t>WWW - What went well</w:t>
      </w:r>
    </w:p>
    <w:p w:rsidR="00037FC4" w:rsidRDefault="004B3949" w14:paraId="59BC439C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267AA1C6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499CE433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22EB4601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6E96729" w14:textId="77777777">
      <w:pPr>
        <w:pStyle w:val="Heading2"/>
      </w:pPr>
      <w:r>
        <w:t>EBI - Even better if</w:t>
      </w:r>
    </w:p>
    <w:p w:rsidR="00037FC4" w:rsidRDefault="004B3949" w14:paraId="33275EB8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086995FC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55AB8F8E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31AF1E77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263099F1" w14:textId="77777777">
      <w:pPr>
        <w:pStyle w:val="Heading2"/>
      </w:pPr>
      <w:r>
        <w:t>Starting target for Year 10</w:t>
      </w:r>
    </w:p>
    <w:p w:rsidR="00037FC4" w:rsidRDefault="004B3949" w14:paraId="318E7CCE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4256C4E6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15CC9222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p w:rsidR="00037FC4" w:rsidRDefault="004B3949" w14:paraId="640EEF60" w14:textId="77777777">
      <w:pPr>
        <w:spacing w:after="40"/>
      </w:pPr>
      <w:r>
        <w:rPr>
          <w:color w:val="A0A0A0"/>
        </w:rPr>
        <w:t>________________________________________________________________________________</w:t>
      </w:r>
    </w:p>
    <w:sectPr w:rsidR="00037FC4" w:rsidSect="00034616">
      <w:headerReference w:type="default" r:id="rId8"/>
      <w:footerReference w:type="default" r:id="rId9"/>
      <w:pgSz w:w="12240" w:h="15840" w:orient="portrait"/>
      <w:pgMar w:top="792" w:right="936" w:bottom="792" w:left="93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B3949" w:rsidRDefault="004B3949" w14:paraId="78CA1E9E" w14:textId="77777777">
      <w:pPr>
        <w:spacing w:after="0" w:line="240" w:lineRule="auto"/>
      </w:pPr>
      <w:r>
        <w:separator/>
      </w:r>
    </w:p>
  </w:endnote>
  <w:endnote w:type="continuationSeparator" w:id="0">
    <w:p w:rsidR="004B3949" w:rsidRDefault="004B3949" w14:paraId="5641F7A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37FC4" w:rsidRDefault="004B3949" w14:paraId="45E51535" w14:textId="77777777">
    <w:pPr>
      <w:pStyle w:val="Footer"/>
      <w:jc w:val="center"/>
    </w:pPr>
    <w:r>
      <w:t xml:space="preserve">AQA GCSE Engineering | Year 9 into Year 10   |   Page </w:t>
    </w: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B3949" w:rsidRDefault="004B3949" w14:paraId="6A4F010A" w14:textId="77777777">
      <w:pPr>
        <w:spacing w:after="0" w:line="240" w:lineRule="auto"/>
      </w:pPr>
      <w:r>
        <w:separator/>
      </w:r>
    </w:p>
  </w:footnote>
  <w:footnote w:type="continuationSeparator" w:id="0">
    <w:p w:rsidR="004B3949" w:rsidRDefault="004B3949" w14:paraId="21380D9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37FC4" w:rsidRDefault="004B3949" w14:paraId="29D8B40D" w14:textId="77777777">
    <w:pPr>
      <w:pStyle w:val="Header"/>
      <w:jc w:val="center"/>
    </w:pPr>
    <w:r>
      <w:rPr>
        <w:color w:val="646464"/>
        <w:sz w:val="16"/>
      </w:rPr>
      <w:t>DESIGN &amp; TECHNOLOGY DEPARTMENT | TRANSITION WORK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9">
    <w:nsid w:val="7fa728f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0">
    <w:abstractNumId w:val="9"/>
  </w:num>
  <w:num w:numId="1" w16cid:durableId="249197589">
    <w:abstractNumId w:val="8"/>
  </w:num>
  <w:num w:numId="2" w16cid:durableId="1937597530">
    <w:abstractNumId w:val="6"/>
  </w:num>
  <w:num w:numId="3" w16cid:durableId="1873954002">
    <w:abstractNumId w:val="5"/>
  </w:num>
  <w:num w:numId="4" w16cid:durableId="1676029706">
    <w:abstractNumId w:val="4"/>
  </w:num>
  <w:num w:numId="5" w16cid:durableId="1426194862">
    <w:abstractNumId w:val="7"/>
  </w:num>
  <w:num w:numId="6" w16cid:durableId="18550883">
    <w:abstractNumId w:val="3"/>
  </w:num>
  <w:num w:numId="7" w16cid:durableId="2123765513">
    <w:abstractNumId w:val="2"/>
  </w:num>
  <w:num w:numId="8" w16cid:durableId="690380288">
    <w:abstractNumId w:val="1"/>
  </w:num>
  <w:num w:numId="9" w16cid:durableId="67380319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7FC4"/>
    <w:rsid w:val="0006063C"/>
    <w:rsid w:val="0015074B"/>
    <w:rsid w:val="0029639D"/>
    <w:rsid w:val="00326F90"/>
    <w:rsid w:val="0047438A"/>
    <w:rsid w:val="004B3949"/>
    <w:rsid w:val="00AA1D8D"/>
    <w:rsid w:val="00B47730"/>
    <w:rsid w:val="00CB0664"/>
    <w:rsid w:val="00FC693F"/>
    <w:rsid w:val="04494CC7"/>
    <w:rsid w:val="1C01BC58"/>
    <w:rsid w:val="65EC9266"/>
    <w:rsid w:val="701F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F84738"/>
  <w14:defaultImageDpi w14:val="300"/>
  <w15:docId w15:val="{47A61081-7D53-4C2A-8157-7B4B8751C4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  <w:rPr>
      <w:rFonts w:ascii="Aptos" w:hAnsi="Aptos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17365D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17365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17365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C693F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C693F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C693F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C693F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themeTint="BF" w:sz="8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themeTint="BF" w:sz="6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themeShade="99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themeShade="99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themeShade="99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themeShade="99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themeShade="99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themeShade="99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3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customXml" Target="../customXml/item4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750F47DE48D344AAB37F9BD5865A60" ma:contentTypeVersion="3" ma:contentTypeDescription="Create a new document." ma:contentTypeScope="" ma:versionID="1b241a4484963f771829fe6bf633b3fe">
  <xsd:schema xmlns:xsd="http://www.w3.org/2001/XMLSchema" xmlns:xs="http://www.w3.org/2001/XMLSchema" xmlns:p="http://schemas.microsoft.com/office/2006/metadata/properties" xmlns:ns2="5f404792-a5eb-49dd-8f6a-5824eac6611a" targetNamespace="http://schemas.microsoft.com/office/2006/metadata/properties" ma:root="true" ma:fieldsID="4fcf6419ee08a9e6dae858064dd5d222" ns2:_="">
    <xsd:import namespace="5f404792-a5eb-49dd-8f6a-5824eac6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04792-a5eb-49dd-8f6a-5824eac661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A919A4-C545-436B-991B-3BDD793607A9}"/>
</file>

<file path=customXml/itemProps3.xml><?xml version="1.0" encoding="utf-8"?>
<ds:datastoreItem xmlns:ds="http://schemas.openxmlformats.org/officeDocument/2006/customXml" ds:itemID="{B8CDBC1C-ADF6-4722-919A-F731E84412FE}"/>
</file>

<file path=customXml/itemProps4.xml><?xml version="1.0" encoding="utf-8"?>
<ds:datastoreItem xmlns:ds="http://schemas.openxmlformats.org/officeDocument/2006/customXml" ds:itemID="{F5B3F07D-475A-422D-A295-20CDECCF0E4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python-docx</dc:creator>
  <keywords/>
  <dc:description>generated by python-docx</dc:description>
  <lastModifiedBy>R.Gabbidon</lastModifiedBy>
  <revision>3</revision>
  <dcterms:created xsi:type="dcterms:W3CDTF">2026-07-10T14:15:00.0000000Z</dcterms:created>
  <dcterms:modified xsi:type="dcterms:W3CDTF">2026-07-13T08:04:57.2317290Z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0x010100F9750F47DE48D344AAB37F9BD5865A60</vt:lpwstr>
  </property>
</Properties>
</file>